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6E82" w14:textId="3AF3AF0A" w:rsidR="009A11DC" w:rsidRPr="008005D6" w:rsidRDefault="00000000" w:rsidP="008005D6">
      <w:pPr>
        <w:pStyle w:val="Overskrift1"/>
        <w:jc w:val="center"/>
        <w:rPr>
          <w:rFonts w:cstheme="majorHAnsi"/>
          <w:color w:val="auto"/>
          <w:sz w:val="48"/>
          <w:szCs w:val="48"/>
          <w:lang w:val="nb-NO"/>
        </w:rPr>
      </w:pPr>
      <w:r w:rsidRPr="000E2589">
        <w:rPr>
          <w:rFonts w:cstheme="majorHAnsi"/>
          <w:color w:val="auto"/>
          <w:sz w:val="96"/>
          <w:szCs w:val="96"/>
          <w:lang w:val="nb-NO"/>
        </w:rPr>
        <w:t>KARAKTERARK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2"/>
        <w:gridCol w:w="5555"/>
      </w:tblGrid>
      <w:tr w:rsidR="009A11DC" w:rsidRPr="009A11DC" w14:paraId="7330AE0A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736134BA" w14:textId="3EBC15D0" w:rsidR="009A11DC" w:rsidRPr="000E2589" w:rsidRDefault="009A11DC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t>🪪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Grunnleggende</w:t>
            </w:r>
            <w:proofErr w:type="spellEnd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info</w:t>
            </w:r>
          </w:p>
        </w:tc>
      </w:tr>
      <w:tr w:rsidR="009A11DC" w:rsidRPr="009A11DC" w14:paraId="051C2D6E" w14:textId="77777777" w:rsidTr="00C04E73">
        <w:trPr>
          <w:trHeight w:val="626"/>
        </w:trPr>
        <w:tc>
          <w:tcPr>
            <w:tcW w:w="3112" w:type="dxa"/>
          </w:tcPr>
          <w:p w14:paraId="2D91BA2F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Navn</w:t>
            </w:r>
            <w:proofErr w:type="spellEnd"/>
          </w:p>
        </w:tc>
        <w:tc>
          <w:tcPr>
            <w:tcW w:w="5555" w:type="dxa"/>
          </w:tcPr>
          <w:p w14:paraId="4AA05CFD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6A0A7410" w14:textId="77777777" w:rsidTr="00C04E73">
        <w:trPr>
          <w:trHeight w:val="691"/>
        </w:trPr>
        <w:tc>
          <w:tcPr>
            <w:tcW w:w="3112" w:type="dxa"/>
          </w:tcPr>
          <w:p w14:paraId="25078E6F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Alder</w:t>
            </w:r>
          </w:p>
        </w:tc>
        <w:tc>
          <w:tcPr>
            <w:tcW w:w="5555" w:type="dxa"/>
          </w:tcPr>
          <w:p w14:paraId="2DEFF804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99C6D34" w14:textId="77777777" w:rsidTr="00C04E73">
        <w:trPr>
          <w:trHeight w:val="701"/>
        </w:trPr>
        <w:tc>
          <w:tcPr>
            <w:tcW w:w="3112" w:type="dxa"/>
          </w:tcPr>
          <w:p w14:paraId="2E137603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Kjønn</w:t>
            </w:r>
            <w:proofErr w:type="spellEnd"/>
          </w:p>
        </w:tc>
        <w:tc>
          <w:tcPr>
            <w:tcW w:w="5555" w:type="dxa"/>
          </w:tcPr>
          <w:p w14:paraId="3BA30FA8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2EE0C290" w14:textId="77777777" w:rsidTr="00C04E73">
        <w:trPr>
          <w:trHeight w:val="698"/>
        </w:trPr>
        <w:tc>
          <w:tcPr>
            <w:tcW w:w="3112" w:type="dxa"/>
          </w:tcPr>
          <w:p w14:paraId="0116678B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Pronomen</w:t>
            </w:r>
            <w:proofErr w:type="spellEnd"/>
          </w:p>
        </w:tc>
        <w:tc>
          <w:tcPr>
            <w:tcW w:w="5555" w:type="dxa"/>
          </w:tcPr>
          <w:p w14:paraId="538EF884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8005D6" w:rsidRPr="009A11DC" w14:paraId="3EEFC35F" w14:textId="77777777" w:rsidTr="00C04E73">
        <w:trPr>
          <w:trHeight w:val="694"/>
        </w:trPr>
        <w:tc>
          <w:tcPr>
            <w:tcW w:w="3112" w:type="dxa"/>
          </w:tcPr>
          <w:p w14:paraId="63FEDFAB" w14:textId="2B3CD4CA" w:rsidR="008005D6" w:rsidRPr="009A11DC" w:rsidRDefault="008005D6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Rase / Folk</w:t>
            </w:r>
          </w:p>
        </w:tc>
        <w:tc>
          <w:tcPr>
            <w:tcW w:w="5555" w:type="dxa"/>
          </w:tcPr>
          <w:p w14:paraId="43D78AAC" w14:textId="77777777" w:rsidR="008005D6" w:rsidRPr="009A11DC" w:rsidRDefault="008005D6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61FE65A2" w14:textId="77777777" w:rsidTr="00C04E73">
        <w:trPr>
          <w:trHeight w:val="703"/>
        </w:trPr>
        <w:tc>
          <w:tcPr>
            <w:tcW w:w="3112" w:type="dxa"/>
          </w:tcPr>
          <w:p w14:paraId="7F94CEBF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Rolle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historien</w:t>
            </w:r>
            <w:proofErr w:type="spellEnd"/>
          </w:p>
        </w:tc>
        <w:tc>
          <w:tcPr>
            <w:tcW w:w="5555" w:type="dxa"/>
          </w:tcPr>
          <w:p w14:paraId="0ACC7DAF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2A173C1B" w14:textId="77777777" w:rsidTr="00C04E73">
        <w:trPr>
          <w:trHeight w:val="699"/>
        </w:trPr>
        <w:tc>
          <w:tcPr>
            <w:tcW w:w="3112" w:type="dxa"/>
          </w:tcPr>
          <w:p w14:paraId="778DE77E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Førsteinntrykk</w:t>
            </w:r>
            <w:proofErr w:type="spellEnd"/>
          </w:p>
        </w:tc>
        <w:tc>
          <w:tcPr>
            <w:tcW w:w="5555" w:type="dxa"/>
          </w:tcPr>
          <w:p w14:paraId="19F6BF57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87D6FD8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6835F178" w14:textId="5A0C4E99" w:rsidR="009A11DC" w:rsidRPr="000E2589" w:rsidRDefault="009A11DC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t>🧬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Utseende</w:t>
            </w:r>
            <w:proofErr w:type="spellEnd"/>
          </w:p>
        </w:tc>
      </w:tr>
      <w:tr w:rsidR="009A11DC" w:rsidRPr="009A11DC" w14:paraId="4962D402" w14:textId="77777777" w:rsidTr="008005D6">
        <w:trPr>
          <w:trHeight w:val="1055"/>
        </w:trPr>
        <w:tc>
          <w:tcPr>
            <w:tcW w:w="3112" w:type="dxa"/>
          </w:tcPr>
          <w:p w14:paraId="7F3896D8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Høyde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og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kroppsbygning</w:t>
            </w:r>
            <w:proofErr w:type="spellEnd"/>
          </w:p>
        </w:tc>
        <w:tc>
          <w:tcPr>
            <w:tcW w:w="5555" w:type="dxa"/>
          </w:tcPr>
          <w:p w14:paraId="38FFD388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01265862" w14:textId="77777777" w:rsidTr="008005D6">
        <w:trPr>
          <w:trHeight w:val="1031"/>
        </w:trPr>
        <w:tc>
          <w:tcPr>
            <w:tcW w:w="3112" w:type="dxa"/>
          </w:tcPr>
          <w:p w14:paraId="6F6C3521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Hudfarge</w:t>
            </w:r>
            <w:proofErr w:type="spellEnd"/>
          </w:p>
        </w:tc>
        <w:tc>
          <w:tcPr>
            <w:tcW w:w="5555" w:type="dxa"/>
          </w:tcPr>
          <w:p w14:paraId="253F1C1D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16EF0EB8" w14:textId="77777777" w:rsidTr="008005D6">
        <w:trPr>
          <w:trHeight w:val="975"/>
        </w:trPr>
        <w:tc>
          <w:tcPr>
            <w:tcW w:w="3112" w:type="dxa"/>
          </w:tcPr>
          <w:p w14:paraId="371964E5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Hår</w:t>
            </w:r>
            <w:proofErr w:type="spellEnd"/>
          </w:p>
        </w:tc>
        <w:tc>
          <w:tcPr>
            <w:tcW w:w="5555" w:type="dxa"/>
          </w:tcPr>
          <w:p w14:paraId="64406EFF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F40225C" w14:textId="77777777" w:rsidTr="008005D6">
        <w:trPr>
          <w:trHeight w:val="989"/>
        </w:trPr>
        <w:tc>
          <w:tcPr>
            <w:tcW w:w="3112" w:type="dxa"/>
          </w:tcPr>
          <w:p w14:paraId="6C1479C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Øyne</w:t>
            </w:r>
            <w:proofErr w:type="spellEnd"/>
          </w:p>
        </w:tc>
        <w:tc>
          <w:tcPr>
            <w:tcW w:w="5555" w:type="dxa"/>
          </w:tcPr>
          <w:p w14:paraId="689034A2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1A06AB5B" w14:textId="77777777" w:rsidTr="00C04E73">
        <w:trPr>
          <w:trHeight w:val="1184"/>
        </w:trPr>
        <w:tc>
          <w:tcPr>
            <w:tcW w:w="3112" w:type="dxa"/>
          </w:tcPr>
          <w:p w14:paraId="5A7318C2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Klesstil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særtrekk</w:t>
            </w:r>
            <w:proofErr w:type="spellEnd"/>
          </w:p>
        </w:tc>
        <w:tc>
          <w:tcPr>
            <w:tcW w:w="5555" w:type="dxa"/>
          </w:tcPr>
          <w:p w14:paraId="0C89B58D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CF18AB1" w14:textId="77777777" w:rsidTr="008005D6">
        <w:trPr>
          <w:trHeight w:val="1146"/>
        </w:trPr>
        <w:tc>
          <w:tcPr>
            <w:tcW w:w="3112" w:type="dxa"/>
          </w:tcPr>
          <w:p w14:paraId="0CE8805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Arr, tatoveringer eller spesielle trekk</w:t>
            </w:r>
          </w:p>
        </w:tc>
        <w:tc>
          <w:tcPr>
            <w:tcW w:w="5555" w:type="dxa"/>
          </w:tcPr>
          <w:p w14:paraId="4E8FC7D1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6C85035D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397F87AE" w14:textId="0034260B" w:rsidR="009A11DC" w:rsidRPr="009A11DC" w:rsidRDefault="009A11DC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="Apple Color Emoji" w:hAnsi="Apple Color Emoji" w:cs="Apple Color Emoji"/>
                <w:sz w:val="28"/>
                <w:szCs w:val="28"/>
              </w:rPr>
              <w:lastRenderedPageBreak/>
              <w:t>🎭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Personlighet</w:t>
            </w:r>
            <w:proofErr w:type="spellEnd"/>
          </w:p>
        </w:tc>
      </w:tr>
      <w:tr w:rsidR="009A11DC" w:rsidRPr="009A11DC" w14:paraId="574D6A57" w14:textId="77777777" w:rsidTr="00C04E73">
        <w:trPr>
          <w:trHeight w:val="1465"/>
        </w:trPr>
        <w:tc>
          <w:tcPr>
            <w:tcW w:w="3112" w:type="dxa"/>
          </w:tcPr>
          <w:p w14:paraId="45DEE8DE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Tre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viktigste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personlighetstrekk</w:t>
            </w:r>
            <w:proofErr w:type="spellEnd"/>
          </w:p>
        </w:tc>
        <w:tc>
          <w:tcPr>
            <w:tcW w:w="5555" w:type="dxa"/>
          </w:tcPr>
          <w:p w14:paraId="13985DA6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28F90035" w14:textId="77777777" w:rsidTr="00C04E73">
        <w:trPr>
          <w:trHeight w:val="1398"/>
        </w:trPr>
        <w:tc>
          <w:tcPr>
            <w:tcW w:w="3112" w:type="dxa"/>
          </w:tcPr>
          <w:p w14:paraId="4FF57EEB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Typiske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vaner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tics</w:t>
            </w:r>
          </w:p>
        </w:tc>
        <w:tc>
          <w:tcPr>
            <w:tcW w:w="5555" w:type="dxa"/>
          </w:tcPr>
          <w:p w14:paraId="1812EC1E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275773CF" w14:textId="77777777" w:rsidTr="00C04E73">
        <w:trPr>
          <w:trHeight w:val="1403"/>
        </w:trPr>
        <w:tc>
          <w:tcPr>
            <w:tcW w:w="3112" w:type="dxa"/>
          </w:tcPr>
          <w:p w14:paraId="7389CBC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Reaksjon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på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stress</w:t>
            </w:r>
          </w:p>
        </w:tc>
        <w:tc>
          <w:tcPr>
            <w:tcW w:w="5555" w:type="dxa"/>
          </w:tcPr>
          <w:p w14:paraId="085B083B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36474496" w14:textId="77777777" w:rsidTr="00C04E73">
        <w:trPr>
          <w:trHeight w:val="1410"/>
        </w:trPr>
        <w:tc>
          <w:tcPr>
            <w:tcW w:w="3112" w:type="dxa"/>
          </w:tcPr>
          <w:p w14:paraId="6102A4C3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Rolle i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gruppedynamikk</w:t>
            </w:r>
            <w:proofErr w:type="spellEnd"/>
          </w:p>
        </w:tc>
        <w:tc>
          <w:tcPr>
            <w:tcW w:w="5555" w:type="dxa"/>
          </w:tcPr>
          <w:p w14:paraId="75E01EB0" w14:textId="77777777" w:rsid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3D77C181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34C092DB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29DD9597" w14:textId="0FB2636C" w:rsidR="009A11DC" w:rsidRPr="009A11DC" w:rsidRDefault="009A11DC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="Apple Color Emoji" w:hAnsi="Apple Color Emoji" w:cs="Apple Color Emoji"/>
                <w:sz w:val="28"/>
                <w:szCs w:val="28"/>
              </w:rPr>
              <w:t>🧠</w:t>
            </w: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Bakgrunn</w:t>
            </w:r>
            <w:proofErr w:type="spellEnd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og</w:t>
            </w:r>
            <w:proofErr w:type="spellEnd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historie</w:t>
            </w:r>
            <w:proofErr w:type="spellEnd"/>
          </w:p>
        </w:tc>
      </w:tr>
      <w:tr w:rsidR="008005D6" w:rsidRPr="009A11DC" w14:paraId="7EBE1B66" w14:textId="77777777" w:rsidTr="008005D6">
        <w:trPr>
          <w:trHeight w:val="1323"/>
        </w:trPr>
        <w:tc>
          <w:tcPr>
            <w:tcW w:w="3112" w:type="dxa"/>
          </w:tcPr>
          <w:p w14:paraId="5BD35548" w14:textId="56DE977F" w:rsidR="008005D6" w:rsidRPr="009A11DC" w:rsidRDefault="008005D6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Opprinnelse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hjemsted</w:t>
            </w:r>
            <w:proofErr w:type="spellEnd"/>
          </w:p>
        </w:tc>
        <w:tc>
          <w:tcPr>
            <w:tcW w:w="5555" w:type="dxa"/>
          </w:tcPr>
          <w:p w14:paraId="557B8585" w14:textId="77777777" w:rsidR="008005D6" w:rsidRPr="009A11DC" w:rsidRDefault="008005D6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E1C5E26" w14:textId="77777777" w:rsidTr="008005D6">
        <w:trPr>
          <w:trHeight w:val="1323"/>
        </w:trPr>
        <w:tc>
          <w:tcPr>
            <w:tcW w:w="3112" w:type="dxa"/>
          </w:tcPr>
          <w:p w14:paraId="5ACE9C98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Oppvekst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barndom</w:t>
            </w:r>
            <w:proofErr w:type="spellEnd"/>
          </w:p>
        </w:tc>
        <w:tc>
          <w:tcPr>
            <w:tcW w:w="5555" w:type="dxa"/>
          </w:tcPr>
          <w:p w14:paraId="435A6689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510F2A46" w14:textId="77777777" w:rsidTr="008005D6">
        <w:trPr>
          <w:trHeight w:val="1540"/>
        </w:trPr>
        <w:tc>
          <w:tcPr>
            <w:tcW w:w="3112" w:type="dxa"/>
          </w:tcPr>
          <w:p w14:paraId="2154C37B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Familie</w:t>
            </w:r>
            <w:proofErr w:type="spellEnd"/>
          </w:p>
        </w:tc>
        <w:tc>
          <w:tcPr>
            <w:tcW w:w="5555" w:type="dxa"/>
          </w:tcPr>
          <w:p w14:paraId="4BDBF9E9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6412A1DC" w14:textId="77777777" w:rsidTr="008005D6">
        <w:trPr>
          <w:trHeight w:val="1548"/>
        </w:trPr>
        <w:tc>
          <w:tcPr>
            <w:tcW w:w="3112" w:type="dxa"/>
          </w:tcPr>
          <w:p w14:paraId="4DD595F9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Viktige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hendelser</w:t>
            </w:r>
            <w:proofErr w:type="spellEnd"/>
          </w:p>
        </w:tc>
        <w:tc>
          <w:tcPr>
            <w:tcW w:w="5555" w:type="dxa"/>
          </w:tcPr>
          <w:p w14:paraId="15E7436E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08FC0601" w14:textId="77777777" w:rsidTr="008005D6">
        <w:trPr>
          <w:trHeight w:val="1555"/>
        </w:trPr>
        <w:tc>
          <w:tcPr>
            <w:tcW w:w="3112" w:type="dxa"/>
          </w:tcPr>
          <w:p w14:paraId="39D85907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Utdanning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ferdigheter</w:t>
            </w:r>
            <w:proofErr w:type="spellEnd"/>
          </w:p>
        </w:tc>
        <w:tc>
          <w:tcPr>
            <w:tcW w:w="5555" w:type="dxa"/>
          </w:tcPr>
          <w:p w14:paraId="3BDC2ECB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0EB7E1B8" w14:textId="77777777" w:rsidTr="008005D6">
        <w:trPr>
          <w:trHeight w:val="1691"/>
        </w:trPr>
        <w:tc>
          <w:tcPr>
            <w:tcW w:w="3112" w:type="dxa"/>
          </w:tcPr>
          <w:p w14:paraId="477F0930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Tro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filosofi</w:t>
            </w:r>
            <w:proofErr w:type="spellEnd"/>
          </w:p>
        </w:tc>
        <w:tc>
          <w:tcPr>
            <w:tcW w:w="5555" w:type="dxa"/>
          </w:tcPr>
          <w:p w14:paraId="6F905272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48513941" w14:textId="77777777" w:rsidTr="008005D6">
        <w:trPr>
          <w:trHeight w:val="1558"/>
        </w:trPr>
        <w:tc>
          <w:tcPr>
            <w:tcW w:w="3112" w:type="dxa"/>
          </w:tcPr>
          <w:p w14:paraId="3F5AFE86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Største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sår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traume</w:t>
            </w:r>
            <w:proofErr w:type="spellEnd"/>
          </w:p>
        </w:tc>
        <w:tc>
          <w:tcPr>
            <w:tcW w:w="5555" w:type="dxa"/>
          </w:tcPr>
          <w:p w14:paraId="20E33ABD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8005D6" w:rsidRPr="009A11DC" w14:paraId="06958A87" w14:textId="77777777" w:rsidTr="008005D6">
        <w:trPr>
          <w:trHeight w:val="1558"/>
        </w:trPr>
        <w:tc>
          <w:tcPr>
            <w:tcW w:w="3112" w:type="dxa"/>
          </w:tcPr>
          <w:p w14:paraId="10F735D7" w14:textId="746C6D5D" w:rsidR="008005D6" w:rsidRPr="009A11DC" w:rsidRDefault="008005D6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Tilhørighet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(gilder,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klaner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riker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>)</w:t>
            </w:r>
          </w:p>
        </w:tc>
        <w:tc>
          <w:tcPr>
            <w:tcW w:w="5555" w:type="dxa"/>
          </w:tcPr>
          <w:p w14:paraId="76D93A11" w14:textId="77777777" w:rsidR="008005D6" w:rsidRPr="009A11DC" w:rsidRDefault="008005D6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553985FB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13022B08" w14:textId="08E1B143" w:rsidR="009A11DC" w:rsidRPr="000E2589" w:rsidRDefault="009A11DC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t>💥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  <w:t xml:space="preserve"> Indre og ytre konflikt</w:t>
            </w:r>
          </w:p>
        </w:tc>
      </w:tr>
      <w:tr w:rsidR="009A11DC" w:rsidRPr="009A11DC" w14:paraId="12A9E824" w14:textId="77777777" w:rsidTr="008005D6">
        <w:trPr>
          <w:trHeight w:val="1602"/>
        </w:trPr>
        <w:tc>
          <w:tcPr>
            <w:tcW w:w="3112" w:type="dxa"/>
          </w:tcPr>
          <w:p w14:paraId="1AD5D13E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Hva vil karakteren ha (mål)</w:t>
            </w:r>
          </w:p>
        </w:tc>
        <w:tc>
          <w:tcPr>
            <w:tcW w:w="5555" w:type="dxa"/>
          </w:tcPr>
          <w:p w14:paraId="17C8EFF2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7760B00C" w14:textId="77777777" w:rsidTr="008005D6">
        <w:trPr>
          <w:trHeight w:val="1526"/>
        </w:trPr>
        <w:tc>
          <w:tcPr>
            <w:tcW w:w="3112" w:type="dxa"/>
          </w:tcPr>
          <w:p w14:paraId="1B3B5CA9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Hva trenger de egentlig (indre behov)</w:t>
            </w:r>
          </w:p>
        </w:tc>
        <w:tc>
          <w:tcPr>
            <w:tcW w:w="5555" w:type="dxa"/>
          </w:tcPr>
          <w:p w14:paraId="4F5E7FFB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27FB0955" w14:textId="77777777" w:rsidTr="008005D6">
        <w:trPr>
          <w:trHeight w:val="1580"/>
        </w:trPr>
        <w:tc>
          <w:tcPr>
            <w:tcW w:w="3112" w:type="dxa"/>
          </w:tcPr>
          <w:p w14:paraId="534EC3D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Hva hindrer dem (indre og ytre motstand)</w:t>
            </w:r>
          </w:p>
        </w:tc>
        <w:tc>
          <w:tcPr>
            <w:tcW w:w="5555" w:type="dxa"/>
          </w:tcPr>
          <w:p w14:paraId="0FBB8571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7859A03D" w14:textId="77777777" w:rsidTr="00C04E73">
        <w:trPr>
          <w:trHeight w:val="1530"/>
        </w:trPr>
        <w:tc>
          <w:tcPr>
            <w:tcW w:w="3112" w:type="dxa"/>
          </w:tcPr>
          <w:p w14:paraId="64A1CE1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Største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frykt</w:t>
            </w:r>
            <w:proofErr w:type="spellEnd"/>
          </w:p>
        </w:tc>
        <w:tc>
          <w:tcPr>
            <w:tcW w:w="5555" w:type="dxa"/>
          </w:tcPr>
          <w:p w14:paraId="2E6BCB0E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C04E73" w14:paraId="7AEBED5F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44869AC2" w14:textId="3D2D0F85" w:rsidR="009A11DC" w:rsidRPr="000E2589" w:rsidRDefault="00C04E73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</w:rPr>
              <w:t>🔮</w:t>
            </w:r>
            <w:r w:rsidRPr="000E2589">
              <w:rPr>
                <w:b/>
                <w:bCs/>
              </w:rPr>
              <w:t xml:space="preserve"> 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  <w:t>Magi og evner</w:t>
            </w:r>
          </w:p>
        </w:tc>
      </w:tr>
      <w:tr w:rsidR="008005D6" w:rsidRPr="009A11DC" w14:paraId="25371D8C" w14:textId="77777777" w:rsidTr="00C04E73">
        <w:trPr>
          <w:trHeight w:val="1247"/>
        </w:trPr>
        <w:tc>
          <w:tcPr>
            <w:tcW w:w="3112" w:type="dxa"/>
            <w:shd w:val="clear" w:color="auto" w:fill="auto"/>
          </w:tcPr>
          <w:p w14:paraId="41DDE1A2" w14:textId="28132F60" w:rsidR="008005D6" w:rsidRPr="009A11DC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Magisk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type / kraft</w:t>
            </w:r>
          </w:p>
        </w:tc>
        <w:tc>
          <w:tcPr>
            <w:tcW w:w="5555" w:type="dxa"/>
            <w:shd w:val="clear" w:color="auto" w:fill="auto"/>
          </w:tcPr>
          <w:p w14:paraId="59538263" w14:textId="77777777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57ED5370" w14:textId="77777777" w:rsidR="00C04E73" w:rsidRDefault="00C04E73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91ABFDF" w14:textId="77777777" w:rsidR="00C04E73" w:rsidRDefault="00C04E73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3A48DF38" w14:textId="77777777" w:rsidR="00C04E73" w:rsidRDefault="00C04E73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6C697840" w14:textId="799E1D7B" w:rsidR="00C04E73" w:rsidRPr="009A11DC" w:rsidRDefault="00C04E73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8005D6" w:rsidRPr="009A11DC" w14:paraId="51DD5190" w14:textId="77777777" w:rsidTr="00C04E73">
        <w:trPr>
          <w:trHeight w:val="1701"/>
        </w:trPr>
        <w:tc>
          <w:tcPr>
            <w:tcW w:w="3112" w:type="dxa"/>
            <w:shd w:val="clear" w:color="auto" w:fill="auto"/>
          </w:tcPr>
          <w:p w14:paraId="4B562575" w14:textId="05D9EF17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Hvor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kommer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magien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fra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>?</w:t>
            </w:r>
          </w:p>
        </w:tc>
        <w:tc>
          <w:tcPr>
            <w:tcW w:w="5555" w:type="dxa"/>
            <w:shd w:val="clear" w:color="auto" w:fill="auto"/>
          </w:tcPr>
          <w:p w14:paraId="42E7CE2C" w14:textId="77777777" w:rsidR="008005D6" w:rsidRPr="009A11DC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8005D6" w:rsidRPr="009A11DC" w14:paraId="431B399C" w14:textId="77777777" w:rsidTr="00C04E73">
        <w:trPr>
          <w:trHeight w:val="1682"/>
        </w:trPr>
        <w:tc>
          <w:tcPr>
            <w:tcW w:w="3112" w:type="dxa"/>
            <w:shd w:val="clear" w:color="auto" w:fill="auto"/>
          </w:tcPr>
          <w:p w14:paraId="675847FA" w14:textId="08067D1A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Hvordan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8"/>
                <w:szCs w:val="28"/>
              </w:rPr>
              <w:t>brukes</w:t>
            </w:r>
            <w:proofErr w:type="spellEnd"/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 den?</w:t>
            </w:r>
          </w:p>
        </w:tc>
        <w:tc>
          <w:tcPr>
            <w:tcW w:w="5555" w:type="dxa"/>
            <w:shd w:val="clear" w:color="auto" w:fill="auto"/>
          </w:tcPr>
          <w:p w14:paraId="40CE3D87" w14:textId="77777777" w:rsidR="008005D6" w:rsidRPr="009A11DC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8005D6" w:rsidRPr="008005D6" w14:paraId="320C4240" w14:textId="77777777" w:rsidTr="00C04E73">
        <w:trPr>
          <w:trHeight w:val="1676"/>
        </w:trPr>
        <w:tc>
          <w:tcPr>
            <w:tcW w:w="3112" w:type="dxa"/>
            <w:shd w:val="clear" w:color="auto" w:fill="auto"/>
          </w:tcPr>
          <w:p w14:paraId="1C656F53" w14:textId="68685DDE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8005D6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Begrensninger/kostnader ved å bruke kraft</w:t>
            </w:r>
          </w:p>
        </w:tc>
        <w:tc>
          <w:tcPr>
            <w:tcW w:w="5555" w:type="dxa"/>
            <w:shd w:val="clear" w:color="auto" w:fill="auto"/>
          </w:tcPr>
          <w:p w14:paraId="7A6C9139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7A8DA364" w14:textId="77777777" w:rsidTr="00C04E73">
        <w:trPr>
          <w:trHeight w:val="1670"/>
        </w:trPr>
        <w:tc>
          <w:tcPr>
            <w:tcW w:w="3112" w:type="dxa"/>
            <w:shd w:val="clear" w:color="auto" w:fill="auto"/>
          </w:tcPr>
          <w:p w14:paraId="7ACEAC23" w14:textId="73B3023F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Læremester eller kilde til kunnskap</w:t>
            </w:r>
          </w:p>
        </w:tc>
        <w:tc>
          <w:tcPr>
            <w:tcW w:w="5555" w:type="dxa"/>
            <w:shd w:val="clear" w:color="auto" w:fill="auto"/>
          </w:tcPr>
          <w:p w14:paraId="65AEB61F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1A45BC6B" w14:textId="77777777" w:rsidTr="00821901">
        <w:tc>
          <w:tcPr>
            <w:tcW w:w="8667" w:type="dxa"/>
            <w:gridSpan w:val="2"/>
            <w:shd w:val="clear" w:color="auto" w:fill="auto"/>
          </w:tcPr>
          <w:p w14:paraId="5FBE1558" w14:textId="09DE5F2F" w:rsidR="008005D6" w:rsidRPr="000E2589" w:rsidRDefault="008005D6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</w:rPr>
              <w:t>🧝</w:t>
            </w:r>
            <w:r w:rsidRPr="000E2589">
              <w:rPr>
                <w:b/>
                <w:bCs/>
                <w:lang w:val="nb-NO"/>
              </w:rPr>
              <w:t xml:space="preserve"> 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  <w:t>Magisk rase eller kultur</w:t>
            </w:r>
          </w:p>
        </w:tc>
      </w:tr>
      <w:tr w:rsidR="008005D6" w:rsidRPr="008005D6" w14:paraId="79046CD2" w14:textId="77777777" w:rsidTr="00C04E73">
        <w:trPr>
          <w:trHeight w:val="1738"/>
        </w:trPr>
        <w:tc>
          <w:tcPr>
            <w:tcW w:w="3112" w:type="dxa"/>
            <w:shd w:val="clear" w:color="auto" w:fill="auto"/>
          </w:tcPr>
          <w:p w14:paraId="4AA5E94B" w14:textId="3AC023A9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Beskrivelse av folkeslaget</w:t>
            </w:r>
          </w:p>
        </w:tc>
        <w:tc>
          <w:tcPr>
            <w:tcW w:w="5555" w:type="dxa"/>
            <w:shd w:val="clear" w:color="auto" w:fill="auto"/>
          </w:tcPr>
          <w:p w14:paraId="59F3CCCB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14DA12E8" w14:textId="77777777" w:rsidTr="00C04E73">
        <w:trPr>
          <w:trHeight w:val="1706"/>
        </w:trPr>
        <w:tc>
          <w:tcPr>
            <w:tcW w:w="3112" w:type="dxa"/>
            <w:shd w:val="clear" w:color="auto" w:fill="auto"/>
          </w:tcPr>
          <w:p w14:paraId="1D42F6EC" w14:textId="72676059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Kultur / tradisjoner</w:t>
            </w:r>
          </w:p>
        </w:tc>
        <w:tc>
          <w:tcPr>
            <w:tcW w:w="5555" w:type="dxa"/>
            <w:shd w:val="clear" w:color="auto" w:fill="auto"/>
          </w:tcPr>
          <w:p w14:paraId="2D078730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44E6F5F2" w14:textId="77777777" w:rsidTr="00C04E73">
        <w:trPr>
          <w:trHeight w:val="1688"/>
        </w:trPr>
        <w:tc>
          <w:tcPr>
            <w:tcW w:w="3112" w:type="dxa"/>
            <w:shd w:val="clear" w:color="auto" w:fill="auto"/>
          </w:tcPr>
          <w:p w14:paraId="3BF209DD" w14:textId="5A75E85B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Forhold til andre</w:t>
            </w:r>
          </w:p>
        </w:tc>
        <w:tc>
          <w:tcPr>
            <w:tcW w:w="5555" w:type="dxa"/>
            <w:shd w:val="clear" w:color="auto" w:fill="auto"/>
          </w:tcPr>
          <w:p w14:paraId="4F71340F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73F3A8D6" w14:textId="77777777" w:rsidTr="00C04E73">
        <w:trPr>
          <w:trHeight w:val="1536"/>
        </w:trPr>
        <w:tc>
          <w:tcPr>
            <w:tcW w:w="3112" w:type="dxa"/>
            <w:shd w:val="clear" w:color="auto" w:fill="auto"/>
          </w:tcPr>
          <w:p w14:paraId="04D951F3" w14:textId="568B48B3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Rasens historiske rolle</w:t>
            </w:r>
          </w:p>
        </w:tc>
        <w:tc>
          <w:tcPr>
            <w:tcW w:w="5555" w:type="dxa"/>
            <w:shd w:val="clear" w:color="auto" w:fill="auto"/>
          </w:tcPr>
          <w:p w14:paraId="20298583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39C4980B" w14:textId="77777777" w:rsidTr="00CE3970">
        <w:tc>
          <w:tcPr>
            <w:tcW w:w="8667" w:type="dxa"/>
            <w:gridSpan w:val="2"/>
            <w:shd w:val="clear" w:color="auto" w:fill="auto"/>
          </w:tcPr>
          <w:p w14:paraId="0E60FC88" w14:textId="029AE715" w:rsidR="008005D6" w:rsidRPr="000E2589" w:rsidRDefault="00C04E73" w:rsidP="00C04E73">
            <w:pPr>
              <w:tabs>
                <w:tab w:val="left" w:pos="3094"/>
                <w:tab w:val="center" w:pos="4225"/>
              </w:tabs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lastRenderedPageBreak/>
              <w:tab/>
            </w:r>
            <w:r w:rsidRPr="000E2589">
              <w:rPr>
                <w:rFonts w:ascii="Apple Color Emoji" w:hAnsi="Apple Color Emoji" w:cs="Apple Color Emoji"/>
                <w:b/>
                <w:bCs/>
              </w:rPr>
              <w:t>🧚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  <w:tab/>
            </w:r>
            <w:r w:rsidR="008005D6"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  <w:lang w:val="nb-NO"/>
              </w:rPr>
              <w:t>Magiske vesener</w:t>
            </w:r>
          </w:p>
        </w:tc>
      </w:tr>
      <w:tr w:rsidR="008005D6" w:rsidRPr="008005D6" w14:paraId="3584C6CF" w14:textId="77777777" w:rsidTr="000E2589">
        <w:trPr>
          <w:trHeight w:val="1338"/>
        </w:trPr>
        <w:tc>
          <w:tcPr>
            <w:tcW w:w="3112" w:type="dxa"/>
            <w:shd w:val="clear" w:color="auto" w:fill="auto"/>
          </w:tcPr>
          <w:p w14:paraId="3C32B66A" w14:textId="404979FB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Navn på vesen</w:t>
            </w:r>
          </w:p>
        </w:tc>
        <w:tc>
          <w:tcPr>
            <w:tcW w:w="5555" w:type="dxa"/>
            <w:shd w:val="clear" w:color="auto" w:fill="auto"/>
          </w:tcPr>
          <w:p w14:paraId="008CD2EF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1B040746" w14:textId="77777777" w:rsidTr="000E2589">
        <w:trPr>
          <w:trHeight w:val="1412"/>
        </w:trPr>
        <w:tc>
          <w:tcPr>
            <w:tcW w:w="3112" w:type="dxa"/>
            <w:shd w:val="clear" w:color="auto" w:fill="auto"/>
          </w:tcPr>
          <w:p w14:paraId="41CDF817" w14:textId="712C8B48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Type art</w:t>
            </w:r>
          </w:p>
        </w:tc>
        <w:tc>
          <w:tcPr>
            <w:tcW w:w="5555" w:type="dxa"/>
            <w:shd w:val="clear" w:color="auto" w:fill="auto"/>
          </w:tcPr>
          <w:p w14:paraId="15B34FAB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7E5B1915" w14:textId="77777777" w:rsidTr="000E2589">
        <w:trPr>
          <w:trHeight w:val="1404"/>
        </w:trPr>
        <w:tc>
          <w:tcPr>
            <w:tcW w:w="3112" w:type="dxa"/>
            <w:shd w:val="clear" w:color="auto" w:fill="auto"/>
          </w:tcPr>
          <w:p w14:paraId="432B9BE2" w14:textId="10ADF084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Utseende</w:t>
            </w:r>
          </w:p>
        </w:tc>
        <w:tc>
          <w:tcPr>
            <w:tcW w:w="5555" w:type="dxa"/>
            <w:shd w:val="clear" w:color="auto" w:fill="auto"/>
          </w:tcPr>
          <w:p w14:paraId="7B080956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4258DAED" w14:textId="77777777" w:rsidTr="00C04E73">
        <w:trPr>
          <w:trHeight w:val="1417"/>
        </w:trPr>
        <w:tc>
          <w:tcPr>
            <w:tcW w:w="3112" w:type="dxa"/>
            <w:shd w:val="clear" w:color="auto" w:fill="auto"/>
          </w:tcPr>
          <w:p w14:paraId="0F6ABC22" w14:textId="788945AD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Evner</w:t>
            </w:r>
          </w:p>
        </w:tc>
        <w:tc>
          <w:tcPr>
            <w:tcW w:w="5555" w:type="dxa"/>
            <w:shd w:val="clear" w:color="auto" w:fill="auto"/>
          </w:tcPr>
          <w:p w14:paraId="0CC02505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1BA829EA" w14:textId="77777777" w:rsidTr="00C04E73">
        <w:trPr>
          <w:trHeight w:val="1550"/>
        </w:trPr>
        <w:tc>
          <w:tcPr>
            <w:tcW w:w="3112" w:type="dxa"/>
            <w:shd w:val="clear" w:color="auto" w:fill="auto"/>
          </w:tcPr>
          <w:p w14:paraId="4132880E" w14:textId="48A7D13E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Relasjon til karakteren</w:t>
            </w:r>
          </w:p>
        </w:tc>
        <w:tc>
          <w:tcPr>
            <w:tcW w:w="5555" w:type="dxa"/>
            <w:shd w:val="clear" w:color="auto" w:fill="auto"/>
          </w:tcPr>
          <w:p w14:paraId="4A9A4725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8005D6" w14:paraId="0A81509E" w14:textId="77777777" w:rsidTr="00C04E73">
        <w:trPr>
          <w:trHeight w:val="1544"/>
        </w:trPr>
        <w:tc>
          <w:tcPr>
            <w:tcW w:w="3112" w:type="dxa"/>
            <w:shd w:val="clear" w:color="auto" w:fill="auto"/>
          </w:tcPr>
          <w:p w14:paraId="592FCBC5" w14:textId="1DCDFCF4" w:rsid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Myter eller betydning</w:t>
            </w:r>
          </w:p>
        </w:tc>
        <w:tc>
          <w:tcPr>
            <w:tcW w:w="5555" w:type="dxa"/>
            <w:shd w:val="clear" w:color="auto" w:fill="auto"/>
          </w:tcPr>
          <w:p w14:paraId="19A92F1E" w14:textId="77777777" w:rsidR="008005D6" w:rsidRPr="008005D6" w:rsidRDefault="008005D6" w:rsidP="009A11DC">
            <w:pPr>
              <w:jc w:val="center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8005D6" w:rsidRPr="009A11DC" w14:paraId="72569CFB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38500EDA" w14:textId="486688CC" w:rsidR="008005D6" w:rsidRPr="000E2589" w:rsidRDefault="008005D6" w:rsidP="009A11DC">
            <w:pPr>
              <w:jc w:val="center"/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t>❤️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Relasjoner</w:t>
            </w:r>
            <w:proofErr w:type="spellEnd"/>
            <w:r w:rsidR="00C04E73"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04E73"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og</w:t>
            </w:r>
            <w:proofErr w:type="spellEnd"/>
            <w:r w:rsidR="00C04E73"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C04E73"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allianser</w:t>
            </w:r>
            <w:proofErr w:type="spellEnd"/>
          </w:p>
        </w:tc>
      </w:tr>
      <w:tr w:rsidR="009A11DC" w:rsidRPr="009A11DC" w14:paraId="2228B3D0" w14:textId="77777777" w:rsidTr="008005D6">
        <w:trPr>
          <w:trHeight w:val="1526"/>
        </w:trPr>
        <w:tc>
          <w:tcPr>
            <w:tcW w:w="3112" w:type="dxa"/>
          </w:tcPr>
          <w:p w14:paraId="47FE611A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Hvem stoler de på – og hvorfor</w:t>
            </w:r>
          </w:p>
        </w:tc>
        <w:tc>
          <w:tcPr>
            <w:tcW w:w="5555" w:type="dxa"/>
          </w:tcPr>
          <w:p w14:paraId="04E00B93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077E4493" w14:textId="77777777" w:rsidTr="008005D6">
        <w:trPr>
          <w:trHeight w:val="1550"/>
        </w:trPr>
        <w:tc>
          <w:tcPr>
            <w:tcW w:w="3112" w:type="dxa"/>
          </w:tcPr>
          <w:p w14:paraId="0E86E8E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Fiender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/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rivaler</w:t>
            </w:r>
            <w:proofErr w:type="spellEnd"/>
          </w:p>
        </w:tc>
        <w:tc>
          <w:tcPr>
            <w:tcW w:w="5555" w:type="dxa"/>
          </w:tcPr>
          <w:p w14:paraId="68A11A63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052832B6" w14:textId="77777777" w:rsidTr="008005D6">
        <w:trPr>
          <w:trHeight w:val="1414"/>
        </w:trPr>
        <w:tc>
          <w:tcPr>
            <w:tcW w:w="3112" w:type="dxa"/>
          </w:tcPr>
          <w:p w14:paraId="12197181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Kjærlighetsforhold</w:t>
            </w:r>
            <w:proofErr w:type="spellEnd"/>
          </w:p>
        </w:tc>
        <w:tc>
          <w:tcPr>
            <w:tcW w:w="5555" w:type="dxa"/>
          </w:tcPr>
          <w:p w14:paraId="75241AE1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303DFD08" w14:textId="77777777" w:rsidTr="00C04E73">
        <w:trPr>
          <w:trHeight w:val="1559"/>
        </w:trPr>
        <w:tc>
          <w:tcPr>
            <w:tcW w:w="3112" w:type="dxa"/>
          </w:tcPr>
          <w:p w14:paraId="722E2517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lastRenderedPageBreak/>
              <w:t>Beundring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eller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hat</w:t>
            </w:r>
          </w:p>
        </w:tc>
        <w:tc>
          <w:tcPr>
            <w:tcW w:w="5555" w:type="dxa"/>
          </w:tcPr>
          <w:p w14:paraId="6F51CD4D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53CA2CBE" w14:textId="77777777" w:rsidTr="00C04E73">
        <w:trPr>
          <w:trHeight w:val="1552"/>
        </w:trPr>
        <w:tc>
          <w:tcPr>
            <w:tcW w:w="3112" w:type="dxa"/>
          </w:tcPr>
          <w:p w14:paraId="5520F1B3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Hvordan ser andre karakterer dem</w:t>
            </w:r>
          </w:p>
        </w:tc>
        <w:tc>
          <w:tcPr>
            <w:tcW w:w="5555" w:type="dxa"/>
          </w:tcPr>
          <w:p w14:paraId="6BE5390A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10DE07C6" w14:textId="77777777" w:rsidTr="00C04E73">
        <w:trPr>
          <w:trHeight w:val="1532"/>
        </w:trPr>
        <w:tc>
          <w:tcPr>
            <w:tcW w:w="3112" w:type="dxa"/>
          </w:tcPr>
          <w:p w14:paraId="0E235576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Hvordan ser de seg selv</w:t>
            </w:r>
          </w:p>
        </w:tc>
        <w:tc>
          <w:tcPr>
            <w:tcW w:w="5555" w:type="dxa"/>
          </w:tcPr>
          <w:p w14:paraId="7C923A93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6A99AD42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294F8478" w14:textId="4066B955" w:rsidR="009A11DC" w:rsidRPr="000E2589" w:rsidRDefault="009A11DC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t>🔄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Utviklingskurve</w:t>
            </w:r>
            <w:proofErr w:type="spellEnd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(ark)</w:t>
            </w:r>
          </w:p>
        </w:tc>
      </w:tr>
      <w:tr w:rsidR="009A11DC" w:rsidRPr="009A11DC" w14:paraId="72F41686" w14:textId="77777777" w:rsidTr="00C04E73">
        <w:trPr>
          <w:trHeight w:val="1758"/>
        </w:trPr>
        <w:tc>
          <w:tcPr>
            <w:tcW w:w="3112" w:type="dxa"/>
          </w:tcPr>
          <w:p w14:paraId="2498A9A0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Startpunkt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i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historien</w:t>
            </w:r>
            <w:proofErr w:type="spellEnd"/>
          </w:p>
        </w:tc>
        <w:tc>
          <w:tcPr>
            <w:tcW w:w="5555" w:type="dxa"/>
          </w:tcPr>
          <w:p w14:paraId="0FB02124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5CB589E1" w14:textId="77777777" w:rsidTr="00C04E73">
        <w:trPr>
          <w:trHeight w:val="1825"/>
        </w:trPr>
        <w:tc>
          <w:tcPr>
            <w:tcW w:w="3112" w:type="dxa"/>
          </w:tcPr>
          <w:p w14:paraId="19111894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Hva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lærer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de</w:t>
            </w:r>
          </w:p>
        </w:tc>
        <w:tc>
          <w:tcPr>
            <w:tcW w:w="5555" w:type="dxa"/>
          </w:tcPr>
          <w:p w14:paraId="3FE8B005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58A11C7D" w14:textId="77777777" w:rsidTr="00C04E73">
        <w:trPr>
          <w:trHeight w:val="1679"/>
        </w:trPr>
        <w:tc>
          <w:tcPr>
            <w:tcW w:w="3112" w:type="dxa"/>
          </w:tcPr>
          <w:p w14:paraId="3B776351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Hvordan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forandrer</w:t>
            </w:r>
            <w:proofErr w:type="spellEnd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 xml:space="preserve"> de seg</w:t>
            </w:r>
          </w:p>
        </w:tc>
        <w:tc>
          <w:tcPr>
            <w:tcW w:w="5555" w:type="dxa"/>
          </w:tcPr>
          <w:p w14:paraId="6E29E773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7D32A401" w14:textId="77777777" w:rsidTr="008005D6">
        <w:trPr>
          <w:trHeight w:val="1836"/>
        </w:trPr>
        <w:tc>
          <w:tcPr>
            <w:tcW w:w="3112" w:type="dxa"/>
          </w:tcPr>
          <w:p w14:paraId="37CECF09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Point of no return</w:t>
            </w:r>
          </w:p>
        </w:tc>
        <w:tc>
          <w:tcPr>
            <w:tcW w:w="5555" w:type="dxa"/>
          </w:tcPr>
          <w:p w14:paraId="13E96E21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  <w:tr w:rsidR="009A11DC" w:rsidRPr="009A11DC" w14:paraId="00AFF40B" w14:textId="77777777" w:rsidTr="008005D6">
        <w:trPr>
          <w:trHeight w:val="1536"/>
        </w:trPr>
        <w:tc>
          <w:tcPr>
            <w:tcW w:w="3112" w:type="dxa"/>
          </w:tcPr>
          <w:p w14:paraId="1ACAA729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  <w:r w:rsidRPr="009A11DC">
              <w:rPr>
                <w:rFonts w:asciiTheme="majorHAnsi" w:hAnsiTheme="majorHAnsi" w:cstheme="majorHAnsi"/>
                <w:sz w:val="28"/>
                <w:szCs w:val="28"/>
                <w:lang w:val="nb-NO"/>
              </w:rPr>
              <w:t>Sluttpunkt – og hva har det kostet</w:t>
            </w:r>
          </w:p>
        </w:tc>
        <w:tc>
          <w:tcPr>
            <w:tcW w:w="5555" w:type="dxa"/>
          </w:tcPr>
          <w:p w14:paraId="6B7B9FD7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  <w:lang w:val="nb-NO"/>
              </w:rPr>
            </w:pPr>
          </w:p>
        </w:tc>
      </w:tr>
      <w:tr w:rsidR="009A11DC" w:rsidRPr="009A11DC" w14:paraId="6C258403" w14:textId="77777777" w:rsidTr="008005D6">
        <w:tc>
          <w:tcPr>
            <w:tcW w:w="8667" w:type="dxa"/>
            <w:gridSpan w:val="2"/>
            <w:shd w:val="clear" w:color="auto" w:fill="F2F2F2" w:themeFill="background1" w:themeFillShade="F2"/>
          </w:tcPr>
          <w:p w14:paraId="0ECD1183" w14:textId="136F24B9" w:rsidR="009A11DC" w:rsidRPr="000E2589" w:rsidRDefault="009A11DC" w:rsidP="009A11DC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0E2589">
              <w:rPr>
                <w:rFonts w:ascii="Apple Color Emoji" w:hAnsi="Apple Color Emoji" w:cs="Apple Color Emoji"/>
                <w:b/>
                <w:bCs/>
                <w:sz w:val="28"/>
                <w:szCs w:val="28"/>
              </w:rPr>
              <w:lastRenderedPageBreak/>
              <w:t>📝</w:t>
            </w:r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Ekstra </w:t>
            </w:r>
            <w:proofErr w:type="spellStart"/>
            <w:r w:rsidRPr="000E2589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notater</w:t>
            </w:r>
            <w:proofErr w:type="spellEnd"/>
          </w:p>
        </w:tc>
      </w:tr>
      <w:tr w:rsidR="009A11DC" w:rsidRPr="009A11DC" w14:paraId="16493348" w14:textId="77777777" w:rsidTr="000E2589">
        <w:trPr>
          <w:trHeight w:val="7702"/>
        </w:trPr>
        <w:tc>
          <w:tcPr>
            <w:tcW w:w="3112" w:type="dxa"/>
          </w:tcPr>
          <w:p w14:paraId="7646547B" w14:textId="77777777" w:rsidR="009A11DC" w:rsidRPr="009A11DC" w:rsidRDefault="009A11DC" w:rsidP="009A11DC">
            <w:pPr>
              <w:jc w:val="right"/>
              <w:rPr>
                <w:rFonts w:asciiTheme="majorHAnsi" w:hAnsiTheme="majorHAnsi" w:cstheme="majorHAnsi"/>
                <w:sz w:val="28"/>
                <w:szCs w:val="28"/>
              </w:rPr>
            </w:pPr>
            <w:proofErr w:type="spellStart"/>
            <w:r w:rsidRPr="009A11DC">
              <w:rPr>
                <w:rFonts w:asciiTheme="majorHAnsi" w:hAnsiTheme="majorHAnsi" w:cstheme="majorHAnsi"/>
                <w:sz w:val="28"/>
                <w:szCs w:val="28"/>
              </w:rPr>
              <w:t>Notater</w:t>
            </w:r>
            <w:proofErr w:type="spellEnd"/>
          </w:p>
        </w:tc>
        <w:tc>
          <w:tcPr>
            <w:tcW w:w="5555" w:type="dxa"/>
          </w:tcPr>
          <w:p w14:paraId="0323FA62" w14:textId="77777777" w:rsidR="009A11DC" w:rsidRPr="009A11DC" w:rsidRDefault="009A11DC" w:rsidP="00576A9A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143440B7" w14:textId="77777777" w:rsidR="009A11DC" w:rsidRPr="009A11DC" w:rsidRDefault="009A11DC" w:rsidP="009A11DC">
      <w:pPr>
        <w:rPr>
          <w:rFonts w:asciiTheme="majorHAnsi" w:hAnsiTheme="majorHAnsi" w:cstheme="majorHAnsi"/>
          <w:lang w:val="nb-NO"/>
        </w:rPr>
      </w:pPr>
    </w:p>
    <w:sectPr w:rsidR="009A11DC" w:rsidRPr="009A11DC" w:rsidSect="009A11DC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0CE2D" w14:textId="77777777" w:rsidR="00060844" w:rsidRDefault="00060844" w:rsidP="009A11DC">
      <w:pPr>
        <w:spacing w:after="0" w:line="240" w:lineRule="auto"/>
      </w:pPr>
      <w:r>
        <w:separator/>
      </w:r>
    </w:p>
  </w:endnote>
  <w:endnote w:type="continuationSeparator" w:id="0">
    <w:p w14:paraId="7EC92BDC" w14:textId="77777777" w:rsidR="00060844" w:rsidRDefault="00060844" w:rsidP="009A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472025177"/>
      <w:docPartObj>
        <w:docPartGallery w:val="Page Numbers (Bottom of Page)"/>
        <w:docPartUnique/>
      </w:docPartObj>
    </w:sdtPr>
    <w:sdtContent>
      <w:p w14:paraId="60EC522B" w14:textId="10364C13" w:rsidR="009A11DC" w:rsidRDefault="009A11DC" w:rsidP="005440F2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2F5A7ABA" w14:textId="77777777" w:rsidR="009A11DC" w:rsidRDefault="009A11DC" w:rsidP="009A11D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603301983"/>
      <w:docPartObj>
        <w:docPartGallery w:val="Page Numbers (Bottom of Page)"/>
        <w:docPartUnique/>
      </w:docPartObj>
    </w:sdtPr>
    <w:sdtContent>
      <w:p w14:paraId="077CF54A" w14:textId="7B347635" w:rsidR="009A11DC" w:rsidRDefault="009A11DC" w:rsidP="005440F2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007A3ADC" w14:textId="77777777" w:rsidR="009A11DC" w:rsidRDefault="009A11DC" w:rsidP="009A11DC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42B2" w14:textId="77777777" w:rsidR="00060844" w:rsidRDefault="00060844" w:rsidP="009A11DC">
      <w:pPr>
        <w:spacing w:after="0" w:line="240" w:lineRule="auto"/>
      </w:pPr>
      <w:r>
        <w:separator/>
      </w:r>
    </w:p>
  </w:footnote>
  <w:footnote w:type="continuationSeparator" w:id="0">
    <w:p w14:paraId="34C36003" w14:textId="77777777" w:rsidR="00060844" w:rsidRDefault="00060844" w:rsidP="009A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20A51" w14:textId="09B4A744" w:rsidR="008005D6" w:rsidRDefault="008005D6" w:rsidP="008005D6">
    <w:pPr>
      <w:pStyle w:val="Topptekst"/>
      <w:jc w:val="center"/>
    </w:pPr>
    <w:r w:rsidRPr="009A11DC">
      <w:rPr>
        <w:rFonts w:asciiTheme="majorHAnsi" w:hAnsiTheme="majorHAnsi" w:cstheme="majorHAnsi"/>
        <w:noProof/>
      </w:rPr>
      <w:drawing>
        <wp:inline distT="0" distB="0" distL="0" distR="0" wp14:anchorId="72818CA1" wp14:editId="7A9FD2CC">
          <wp:extent cx="1548142" cy="290277"/>
          <wp:effectExtent l="0" t="0" r="1270" b="1905"/>
          <wp:docPr id="1" name="Picture 1" descr="Et bilde som inneholder Font, Grafikk, hvit, logo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Et bilde som inneholder Font, Grafikk, hvit, logo&#10;&#10;KI-generert innhold kan være feil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6634" cy="30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068595">
    <w:abstractNumId w:val="8"/>
  </w:num>
  <w:num w:numId="2" w16cid:durableId="1187519256">
    <w:abstractNumId w:val="6"/>
  </w:num>
  <w:num w:numId="3" w16cid:durableId="2092434189">
    <w:abstractNumId w:val="5"/>
  </w:num>
  <w:num w:numId="4" w16cid:durableId="1636325478">
    <w:abstractNumId w:val="4"/>
  </w:num>
  <w:num w:numId="5" w16cid:durableId="1314524380">
    <w:abstractNumId w:val="7"/>
  </w:num>
  <w:num w:numId="6" w16cid:durableId="1847286148">
    <w:abstractNumId w:val="3"/>
  </w:num>
  <w:num w:numId="7" w16cid:durableId="1929653115">
    <w:abstractNumId w:val="2"/>
  </w:num>
  <w:num w:numId="8" w16cid:durableId="1111821022">
    <w:abstractNumId w:val="1"/>
  </w:num>
  <w:num w:numId="9" w16cid:durableId="890307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844"/>
    <w:rsid w:val="000E2589"/>
    <w:rsid w:val="0015074B"/>
    <w:rsid w:val="0029639D"/>
    <w:rsid w:val="00326F90"/>
    <w:rsid w:val="004B370E"/>
    <w:rsid w:val="007E42E4"/>
    <w:rsid w:val="008005D6"/>
    <w:rsid w:val="009A11DC"/>
    <w:rsid w:val="00AA1D8D"/>
    <w:rsid w:val="00AE22E2"/>
    <w:rsid w:val="00B47730"/>
    <w:rsid w:val="00C04E7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BE5E15"/>
  <w14:defaultImageDpi w14:val="300"/>
  <w15:docId w15:val="{4BE35983-B896-2745-89F3-9CB1429A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idetall">
    <w:name w:val="page number"/>
    <w:basedOn w:val="Standardskriftforavsnitt"/>
    <w:uiPriority w:val="99"/>
    <w:semiHidden/>
    <w:unhideWhenUsed/>
    <w:rsid w:val="009A1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276</Words>
  <Characters>1237</Characters>
  <Application>Microsoft Office Word</Application>
  <DocSecurity>0</DocSecurity>
  <Lines>38</Lines>
  <Paragraphs>22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 R</cp:lastModifiedBy>
  <cp:revision>2</cp:revision>
  <cp:lastPrinted>2025-05-25T07:49:00Z</cp:lastPrinted>
  <dcterms:created xsi:type="dcterms:W3CDTF">2025-05-25T07:52:00Z</dcterms:created>
  <dcterms:modified xsi:type="dcterms:W3CDTF">2025-05-25T07:52:00Z</dcterms:modified>
  <cp:category/>
</cp:coreProperties>
</file>