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6182F" w14:textId="1A064020" w:rsidR="00065E93" w:rsidRDefault="005C6C77" w:rsidP="00F85DA9">
      <w:pPr>
        <w:bidi/>
        <w:jc w:val="right"/>
      </w:pPr>
      <w:r w:rsidRPr="005C6C77">
        <w:rPr>
          <w:rFonts w:cs="Arial"/>
          <w:noProof/>
          <w:rtl/>
        </w:rPr>
        <w:drawing>
          <wp:inline distT="0" distB="0" distL="0" distR="0" wp14:anchorId="01750453" wp14:editId="2B5A9B1E">
            <wp:extent cx="1458553" cy="469685"/>
            <wp:effectExtent l="0" t="0" r="0" b="6985"/>
            <wp:docPr id="205939846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420" cy="47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AC54D" w14:textId="77777777" w:rsidR="00065E93" w:rsidRPr="00EB6D4E" w:rsidRDefault="00946671" w:rsidP="005C6C77">
      <w:pPr>
        <w:bidi/>
        <w:rPr>
          <w:rFonts w:asciiTheme="minorBidi" w:hAnsiTheme="minorBidi"/>
          <w:b/>
          <w:bCs/>
          <w:sz w:val="36"/>
          <w:szCs w:val="36"/>
        </w:rPr>
      </w:pPr>
      <w:proofErr w:type="spellStart"/>
      <w:r w:rsidRPr="00EB6D4E">
        <w:rPr>
          <w:rFonts w:asciiTheme="minorBidi" w:hAnsiTheme="minorBidi"/>
          <w:b/>
          <w:bCs/>
          <w:sz w:val="36"/>
          <w:szCs w:val="36"/>
        </w:rPr>
        <w:t>موافقة</w:t>
      </w:r>
      <w:proofErr w:type="spellEnd"/>
      <w:r w:rsidRPr="00EB6D4E">
        <w:rPr>
          <w:rFonts w:asciiTheme="minorBidi" w:hAnsiTheme="minorBidi"/>
          <w:b/>
          <w:bCs/>
          <w:sz w:val="36"/>
          <w:szCs w:val="36"/>
        </w:rPr>
        <w:t xml:space="preserve"> </w:t>
      </w:r>
      <w:proofErr w:type="spellStart"/>
      <w:r w:rsidRPr="00EB6D4E">
        <w:rPr>
          <w:rFonts w:asciiTheme="minorBidi" w:hAnsiTheme="minorBidi"/>
          <w:b/>
          <w:bCs/>
          <w:sz w:val="36"/>
          <w:szCs w:val="36"/>
        </w:rPr>
        <w:t>بديلة</w:t>
      </w:r>
      <w:proofErr w:type="spellEnd"/>
      <w:r w:rsidRPr="00EB6D4E">
        <w:rPr>
          <w:rFonts w:asciiTheme="minorBidi" w:hAnsiTheme="minorBidi"/>
          <w:b/>
          <w:bCs/>
          <w:sz w:val="36"/>
          <w:szCs w:val="36"/>
        </w:rPr>
        <w:t xml:space="preserve"> </w:t>
      </w:r>
      <w:proofErr w:type="spellStart"/>
      <w:r w:rsidRPr="00EB6D4E">
        <w:rPr>
          <w:rFonts w:asciiTheme="minorBidi" w:hAnsiTheme="minorBidi"/>
          <w:b/>
          <w:bCs/>
          <w:sz w:val="36"/>
          <w:szCs w:val="36"/>
        </w:rPr>
        <w:t>على</w:t>
      </w:r>
      <w:proofErr w:type="spellEnd"/>
      <w:r w:rsidRPr="00EB6D4E">
        <w:rPr>
          <w:rFonts w:asciiTheme="minorBidi" w:hAnsiTheme="minorBidi"/>
          <w:b/>
          <w:bCs/>
          <w:sz w:val="36"/>
          <w:szCs w:val="36"/>
        </w:rPr>
        <w:t xml:space="preserve"> </w:t>
      </w:r>
      <w:proofErr w:type="spellStart"/>
      <w:r w:rsidRPr="00EB6D4E">
        <w:rPr>
          <w:rFonts w:asciiTheme="minorBidi" w:hAnsiTheme="minorBidi"/>
          <w:b/>
          <w:bCs/>
          <w:sz w:val="36"/>
          <w:szCs w:val="36"/>
        </w:rPr>
        <w:t>المشاركة</w:t>
      </w:r>
      <w:proofErr w:type="spellEnd"/>
      <w:r w:rsidRPr="00EB6D4E">
        <w:rPr>
          <w:rFonts w:asciiTheme="minorBidi" w:hAnsiTheme="minorBidi"/>
          <w:b/>
          <w:bCs/>
          <w:sz w:val="36"/>
          <w:szCs w:val="36"/>
        </w:rPr>
        <w:t xml:space="preserve"> </w:t>
      </w:r>
      <w:proofErr w:type="spellStart"/>
      <w:r w:rsidRPr="00EB6D4E">
        <w:rPr>
          <w:rFonts w:asciiTheme="minorBidi" w:hAnsiTheme="minorBidi"/>
          <w:b/>
          <w:bCs/>
          <w:sz w:val="36"/>
          <w:szCs w:val="36"/>
        </w:rPr>
        <w:t>في</w:t>
      </w:r>
      <w:proofErr w:type="spellEnd"/>
      <w:r w:rsidRPr="00EB6D4E">
        <w:rPr>
          <w:rFonts w:asciiTheme="minorBidi" w:hAnsiTheme="minorBidi"/>
          <w:b/>
          <w:bCs/>
          <w:sz w:val="36"/>
          <w:szCs w:val="36"/>
        </w:rPr>
        <w:t xml:space="preserve"> </w:t>
      </w:r>
      <w:proofErr w:type="spellStart"/>
      <w:r w:rsidRPr="00EB6D4E">
        <w:rPr>
          <w:rFonts w:asciiTheme="minorBidi" w:hAnsiTheme="minorBidi"/>
          <w:b/>
          <w:bCs/>
          <w:sz w:val="36"/>
          <w:szCs w:val="36"/>
        </w:rPr>
        <w:t>مشروع</w:t>
      </w:r>
      <w:proofErr w:type="spellEnd"/>
      <w:r w:rsidRPr="00EB6D4E">
        <w:rPr>
          <w:rFonts w:asciiTheme="minorBidi" w:hAnsiTheme="minorBidi"/>
          <w:b/>
          <w:bCs/>
          <w:sz w:val="36"/>
          <w:szCs w:val="36"/>
        </w:rPr>
        <w:t xml:space="preserve"> </w:t>
      </w:r>
      <w:proofErr w:type="spellStart"/>
      <w:r w:rsidRPr="00EB6D4E">
        <w:rPr>
          <w:rFonts w:asciiTheme="minorBidi" w:hAnsiTheme="minorBidi"/>
          <w:b/>
          <w:bCs/>
          <w:sz w:val="36"/>
          <w:szCs w:val="36"/>
        </w:rPr>
        <w:t>بحث</w:t>
      </w:r>
      <w:proofErr w:type="spellEnd"/>
      <w:r w:rsidRPr="00EB6D4E">
        <w:rPr>
          <w:rFonts w:asciiTheme="minorBidi" w:hAnsiTheme="minorBidi"/>
          <w:b/>
          <w:bCs/>
          <w:sz w:val="36"/>
          <w:szCs w:val="36"/>
        </w:rPr>
        <w:t xml:space="preserve"> </w:t>
      </w:r>
      <w:proofErr w:type="spellStart"/>
      <w:r w:rsidRPr="00EB6D4E">
        <w:rPr>
          <w:rFonts w:asciiTheme="minorBidi" w:hAnsiTheme="minorBidi"/>
          <w:b/>
          <w:bCs/>
          <w:sz w:val="36"/>
          <w:szCs w:val="36"/>
        </w:rPr>
        <w:t>علمي</w:t>
      </w:r>
      <w:proofErr w:type="spellEnd"/>
      <w:r w:rsidRPr="00EB6D4E">
        <w:rPr>
          <w:rFonts w:asciiTheme="minorBidi" w:hAnsiTheme="minorBidi"/>
          <w:b/>
          <w:bCs/>
          <w:sz w:val="36"/>
          <w:szCs w:val="36"/>
        </w:rPr>
        <w:t xml:space="preserve"> </w:t>
      </w:r>
      <w:proofErr w:type="spellStart"/>
      <w:r w:rsidRPr="00EB6D4E">
        <w:rPr>
          <w:rFonts w:asciiTheme="minorBidi" w:hAnsiTheme="minorBidi"/>
          <w:b/>
          <w:bCs/>
          <w:sz w:val="36"/>
          <w:szCs w:val="36"/>
        </w:rPr>
        <w:t>صحي</w:t>
      </w:r>
      <w:proofErr w:type="spellEnd"/>
    </w:p>
    <w:p w14:paraId="11EFE920" w14:textId="7CD6CA09" w:rsidR="00065E93" w:rsidRPr="00EB6D4E" w:rsidRDefault="00946671" w:rsidP="005C6C77">
      <w:pPr>
        <w:bidi/>
        <w:rPr>
          <w:rFonts w:asciiTheme="minorBidi" w:hAnsiTheme="minorBidi"/>
          <w:b/>
          <w:bCs/>
          <w:sz w:val="20"/>
          <w:szCs w:val="20"/>
        </w:rPr>
      </w:pPr>
      <w:r w:rsidRPr="00EB6D4E">
        <w:rPr>
          <w:rFonts w:asciiTheme="minorBidi" w:hAnsiTheme="minorBidi"/>
          <w:b/>
          <w:bCs/>
          <w:sz w:val="20"/>
          <w:szCs w:val="20"/>
        </w:rPr>
        <w:t>CTIS: 2023-509703-33-00</w:t>
      </w:r>
    </w:p>
    <w:p w14:paraId="3BCF3569" w14:textId="77777777" w:rsidR="00065E93" w:rsidRPr="00EB6D4E" w:rsidRDefault="00065E93" w:rsidP="005C6C77">
      <w:pPr>
        <w:bidi/>
        <w:rPr>
          <w:rFonts w:asciiTheme="minorBidi" w:hAnsiTheme="minorBidi"/>
        </w:rPr>
      </w:pPr>
    </w:p>
    <w:p w14:paraId="1740CD3F" w14:textId="77777777" w:rsidR="00065E93" w:rsidRPr="00EB6D4E" w:rsidRDefault="00946671" w:rsidP="005C6C77">
      <w:pPr>
        <w:bidi/>
        <w:rPr>
          <w:rFonts w:asciiTheme="minorBidi" w:hAnsiTheme="minorBidi"/>
          <w:b/>
          <w:bCs/>
        </w:rPr>
      </w:pPr>
      <w:proofErr w:type="spellStart"/>
      <w:r w:rsidRPr="00EB6D4E">
        <w:rPr>
          <w:rFonts w:asciiTheme="minorBidi" w:hAnsiTheme="minorBidi"/>
          <w:b/>
          <w:bCs/>
        </w:rPr>
        <w:t>عنوان</w:t>
      </w:r>
      <w:proofErr w:type="spellEnd"/>
      <w:r w:rsidRPr="00EB6D4E">
        <w:rPr>
          <w:rFonts w:asciiTheme="minorBidi" w:hAnsiTheme="minorBidi"/>
          <w:b/>
          <w:bCs/>
        </w:rPr>
        <w:t xml:space="preserve"> </w:t>
      </w:r>
      <w:proofErr w:type="spellStart"/>
      <w:r w:rsidRPr="00EB6D4E">
        <w:rPr>
          <w:rFonts w:asciiTheme="minorBidi" w:hAnsiTheme="minorBidi"/>
          <w:b/>
          <w:bCs/>
        </w:rPr>
        <w:t>الدراسة</w:t>
      </w:r>
      <w:proofErr w:type="spellEnd"/>
    </w:p>
    <w:p w14:paraId="2C0EA408" w14:textId="77777777" w:rsidR="00065E93" w:rsidRPr="00EB6D4E" w:rsidRDefault="00946671" w:rsidP="005C6C77">
      <w:pPr>
        <w:bidi/>
        <w:rPr>
          <w:rFonts w:asciiTheme="minorBidi" w:hAnsiTheme="minorBidi"/>
        </w:rPr>
      </w:pPr>
      <w:proofErr w:type="spellStart"/>
      <w:r w:rsidRPr="00EB6D4E">
        <w:rPr>
          <w:rFonts w:asciiTheme="minorBidi" w:hAnsiTheme="minorBidi"/>
        </w:rPr>
        <w:t>ميروبينيم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تجريبي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مقابل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بيبيراسيلين</w:t>
      </w:r>
      <w:proofErr w:type="spellEnd"/>
      <w:r w:rsidRPr="00EB6D4E">
        <w:rPr>
          <w:rFonts w:asciiTheme="minorBidi" w:hAnsiTheme="minorBidi"/>
        </w:rPr>
        <w:t>/</w:t>
      </w:r>
      <w:proofErr w:type="spellStart"/>
      <w:r w:rsidRPr="00EB6D4E">
        <w:rPr>
          <w:rFonts w:asciiTheme="minorBidi" w:hAnsiTheme="minorBidi"/>
        </w:rPr>
        <w:t>تازوباكتام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للمرضى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البالغين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المصابين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بالإنتان</w:t>
      </w:r>
      <w:proofErr w:type="spellEnd"/>
    </w:p>
    <w:p w14:paraId="48B79EF2" w14:textId="77777777" w:rsidR="00065E93" w:rsidRPr="00EB6D4E" w:rsidRDefault="00065E93" w:rsidP="005C6C77">
      <w:pPr>
        <w:bidi/>
        <w:rPr>
          <w:rFonts w:asciiTheme="minorBidi" w:hAnsiTheme="minorBidi"/>
        </w:rPr>
      </w:pPr>
    </w:p>
    <w:p w14:paraId="4C72F884" w14:textId="77777777" w:rsidR="00DC7E70" w:rsidRPr="000C10F2" w:rsidRDefault="00DC7E70" w:rsidP="00DC7E70">
      <w:pPr>
        <w:bidi/>
        <w:rPr>
          <w:rFonts w:asciiTheme="minorBidi" w:hAnsiTheme="minorBidi"/>
        </w:rPr>
      </w:pPr>
      <w:r w:rsidRPr="00DC7E70">
        <w:rPr>
          <w:rFonts w:asciiTheme="minorBidi" w:hAnsiTheme="minorBidi"/>
          <w:b/>
          <w:bCs/>
          <w:rtl/>
        </w:rPr>
        <w:t>العنوان العربية</w:t>
      </w:r>
      <w:r w:rsidRPr="000C10F2">
        <w:rPr>
          <w:rFonts w:asciiTheme="minorBidi" w:hAnsiTheme="minorBidi"/>
        </w:rPr>
        <w:br/>
      </w:r>
      <w:r w:rsidRPr="00DC7E70">
        <w:rPr>
          <w:rFonts w:asciiTheme="minorBidi" w:hAnsiTheme="minorBidi"/>
          <w:rtl/>
        </w:rPr>
        <w:t>ميروبينيم</w:t>
      </w:r>
      <w:r w:rsidRPr="000C10F2">
        <w:rPr>
          <w:rFonts w:asciiTheme="minorBidi" w:hAnsiTheme="minorBidi"/>
        </w:rPr>
        <w:t xml:space="preserve"> </w:t>
      </w:r>
      <w:r w:rsidRPr="00DC7E70">
        <w:rPr>
          <w:rFonts w:asciiTheme="minorBidi" w:hAnsiTheme="minorBidi"/>
          <w:rtl/>
        </w:rPr>
        <w:t>مقابل</w:t>
      </w:r>
      <w:r w:rsidRPr="000C10F2">
        <w:rPr>
          <w:rFonts w:asciiTheme="minorBidi" w:hAnsiTheme="minorBidi"/>
        </w:rPr>
        <w:t xml:space="preserve"> </w:t>
      </w:r>
      <w:r w:rsidRPr="00DC7E70">
        <w:rPr>
          <w:rFonts w:asciiTheme="minorBidi" w:hAnsiTheme="minorBidi"/>
          <w:rtl/>
        </w:rPr>
        <w:t>بيبيراسيلين</w:t>
      </w:r>
      <w:r w:rsidRPr="000C10F2">
        <w:rPr>
          <w:rFonts w:asciiTheme="minorBidi" w:hAnsiTheme="minorBidi"/>
        </w:rPr>
        <w:t>/</w:t>
      </w:r>
      <w:r w:rsidRPr="00DC7E70">
        <w:rPr>
          <w:rFonts w:asciiTheme="minorBidi" w:hAnsiTheme="minorBidi"/>
          <w:rtl/>
        </w:rPr>
        <w:t>تازوباكتام</w:t>
      </w:r>
      <w:r w:rsidRPr="000C10F2">
        <w:rPr>
          <w:rFonts w:asciiTheme="minorBidi" w:hAnsiTheme="minorBidi"/>
        </w:rPr>
        <w:t xml:space="preserve"> </w:t>
      </w:r>
      <w:r w:rsidRPr="00DC7E70">
        <w:rPr>
          <w:rFonts w:asciiTheme="minorBidi" w:hAnsiTheme="minorBidi"/>
          <w:rtl/>
        </w:rPr>
        <w:t>للمرضى</w:t>
      </w:r>
      <w:r w:rsidRPr="000C10F2">
        <w:rPr>
          <w:rFonts w:asciiTheme="minorBidi" w:hAnsiTheme="minorBidi"/>
        </w:rPr>
        <w:t xml:space="preserve"> </w:t>
      </w:r>
      <w:r w:rsidRPr="00DC7E70">
        <w:rPr>
          <w:rFonts w:asciiTheme="minorBidi" w:hAnsiTheme="minorBidi"/>
          <w:rtl/>
        </w:rPr>
        <w:t>البالغين</w:t>
      </w:r>
      <w:r w:rsidRPr="000C10F2">
        <w:rPr>
          <w:rFonts w:asciiTheme="minorBidi" w:hAnsiTheme="minorBidi"/>
        </w:rPr>
        <w:t xml:space="preserve"> </w:t>
      </w:r>
      <w:r w:rsidRPr="00DC7E70">
        <w:rPr>
          <w:rFonts w:asciiTheme="minorBidi" w:hAnsiTheme="minorBidi"/>
          <w:rtl/>
        </w:rPr>
        <w:t>المصابين</w:t>
      </w:r>
      <w:r w:rsidRPr="000C10F2">
        <w:rPr>
          <w:rFonts w:asciiTheme="minorBidi" w:hAnsiTheme="minorBidi"/>
        </w:rPr>
        <w:t xml:space="preserve"> </w:t>
      </w:r>
      <w:r w:rsidRPr="00DC7E70">
        <w:rPr>
          <w:rFonts w:asciiTheme="minorBidi" w:hAnsiTheme="minorBidi"/>
          <w:rtl/>
        </w:rPr>
        <w:t>بالإنتان</w:t>
      </w:r>
    </w:p>
    <w:p w14:paraId="599E1277" w14:textId="77777777" w:rsidR="00065E93" w:rsidRPr="00EB6D4E" w:rsidRDefault="00065E93" w:rsidP="005C6C77">
      <w:pPr>
        <w:bidi/>
        <w:rPr>
          <w:rFonts w:asciiTheme="minorBidi" w:hAnsiTheme="minorBidi"/>
        </w:rPr>
      </w:pPr>
    </w:p>
    <w:p w14:paraId="203732C7" w14:textId="77777777" w:rsidR="00065E93" w:rsidRPr="00EB6D4E" w:rsidRDefault="00946671" w:rsidP="005C6C77">
      <w:pPr>
        <w:bidi/>
        <w:rPr>
          <w:rFonts w:asciiTheme="minorBidi" w:hAnsiTheme="minorBidi"/>
          <w:b/>
          <w:bCs/>
        </w:rPr>
      </w:pPr>
      <w:proofErr w:type="spellStart"/>
      <w:r w:rsidRPr="00EB6D4E">
        <w:rPr>
          <w:rFonts w:asciiTheme="minorBidi" w:hAnsiTheme="minorBidi"/>
          <w:b/>
          <w:bCs/>
        </w:rPr>
        <w:t>إقرار</w:t>
      </w:r>
      <w:proofErr w:type="spellEnd"/>
      <w:r w:rsidRPr="00EB6D4E">
        <w:rPr>
          <w:rFonts w:asciiTheme="minorBidi" w:hAnsiTheme="minorBidi"/>
          <w:b/>
          <w:bCs/>
        </w:rPr>
        <w:t xml:space="preserve"> </w:t>
      </w:r>
      <w:proofErr w:type="spellStart"/>
      <w:r w:rsidRPr="00EB6D4E">
        <w:rPr>
          <w:rFonts w:asciiTheme="minorBidi" w:hAnsiTheme="minorBidi"/>
          <w:b/>
          <w:bCs/>
        </w:rPr>
        <w:t>من</w:t>
      </w:r>
      <w:proofErr w:type="spellEnd"/>
      <w:r w:rsidRPr="00EB6D4E">
        <w:rPr>
          <w:rFonts w:asciiTheme="minorBidi" w:hAnsiTheme="minorBidi"/>
          <w:b/>
          <w:bCs/>
        </w:rPr>
        <w:t xml:space="preserve"> </w:t>
      </w:r>
      <w:proofErr w:type="spellStart"/>
      <w:r w:rsidRPr="00EB6D4E">
        <w:rPr>
          <w:rFonts w:asciiTheme="minorBidi" w:hAnsiTheme="minorBidi"/>
          <w:b/>
          <w:bCs/>
        </w:rPr>
        <w:t>الشخص</w:t>
      </w:r>
      <w:proofErr w:type="spellEnd"/>
      <w:r w:rsidRPr="00EB6D4E">
        <w:rPr>
          <w:rFonts w:asciiTheme="minorBidi" w:hAnsiTheme="minorBidi"/>
          <w:b/>
          <w:bCs/>
        </w:rPr>
        <w:t xml:space="preserve"> </w:t>
      </w:r>
      <w:proofErr w:type="spellStart"/>
      <w:r w:rsidRPr="00EB6D4E">
        <w:rPr>
          <w:rFonts w:asciiTheme="minorBidi" w:hAnsiTheme="minorBidi"/>
          <w:b/>
          <w:bCs/>
        </w:rPr>
        <w:t>الذي</w:t>
      </w:r>
      <w:proofErr w:type="spellEnd"/>
      <w:r w:rsidRPr="00EB6D4E">
        <w:rPr>
          <w:rFonts w:asciiTheme="minorBidi" w:hAnsiTheme="minorBidi"/>
          <w:b/>
          <w:bCs/>
        </w:rPr>
        <w:t xml:space="preserve"> </w:t>
      </w:r>
      <w:proofErr w:type="spellStart"/>
      <w:r w:rsidRPr="00EB6D4E">
        <w:rPr>
          <w:rFonts w:asciiTheme="minorBidi" w:hAnsiTheme="minorBidi"/>
          <w:b/>
          <w:bCs/>
        </w:rPr>
        <w:t>يعطي</w:t>
      </w:r>
      <w:proofErr w:type="spellEnd"/>
      <w:r w:rsidRPr="00EB6D4E">
        <w:rPr>
          <w:rFonts w:asciiTheme="minorBidi" w:hAnsiTheme="minorBidi"/>
          <w:b/>
          <w:bCs/>
        </w:rPr>
        <w:t xml:space="preserve"> </w:t>
      </w:r>
      <w:proofErr w:type="spellStart"/>
      <w:r w:rsidRPr="00EB6D4E">
        <w:rPr>
          <w:rFonts w:asciiTheme="minorBidi" w:hAnsiTheme="minorBidi"/>
          <w:b/>
          <w:bCs/>
        </w:rPr>
        <w:t>الموافقة</w:t>
      </w:r>
      <w:proofErr w:type="spellEnd"/>
      <w:r w:rsidRPr="00EB6D4E">
        <w:rPr>
          <w:rFonts w:asciiTheme="minorBidi" w:hAnsiTheme="minorBidi"/>
          <w:b/>
          <w:bCs/>
        </w:rPr>
        <w:t xml:space="preserve"> </w:t>
      </w:r>
      <w:proofErr w:type="spellStart"/>
      <w:r w:rsidRPr="00EB6D4E">
        <w:rPr>
          <w:rFonts w:asciiTheme="minorBidi" w:hAnsiTheme="minorBidi"/>
          <w:b/>
          <w:bCs/>
        </w:rPr>
        <w:t>البديلة</w:t>
      </w:r>
      <w:proofErr w:type="spellEnd"/>
    </w:p>
    <w:p w14:paraId="6A5B1C2E" w14:textId="157A46D7" w:rsidR="00065E93" w:rsidRPr="00EB6D4E" w:rsidRDefault="00946671" w:rsidP="00CC65F3">
      <w:pPr>
        <w:bidi/>
        <w:rPr>
          <w:rFonts w:asciiTheme="minorBidi" w:hAnsiTheme="minorBidi"/>
        </w:rPr>
      </w:pPr>
      <w:proofErr w:type="spellStart"/>
      <w:r w:rsidRPr="00EB6D4E">
        <w:rPr>
          <w:rFonts w:asciiTheme="minorBidi" w:hAnsiTheme="minorBidi"/>
        </w:rPr>
        <w:t>لقد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تلقيت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معلومات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مكتوبة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وشفوية</w:t>
      </w:r>
      <w:proofErr w:type="spellEnd"/>
      <w:r w:rsidRPr="00EB6D4E">
        <w:rPr>
          <w:rFonts w:asciiTheme="minorBidi" w:hAnsiTheme="minorBidi"/>
        </w:rPr>
        <w:t xml:space="preserve">، </w:t>
      </w:r>
      <w:proofErr w:type="spellStart"/>
      <w:r w:rsidRPr="00EB6D4E">
        <w:rPr>
          <w:rFonts w:asciiTheme="minorBidi" w:hAnsiTheme="minorBidi"/>
        </w:rPr>
        <w:t>ولدي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معرفة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كافية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بهدف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ومحتوى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الدراسة</w:t>
      </w:r>
      <w:proofErr w:type="spellEnd"/>
      <w:r w:rsidRPr="00EB6D4E">
        <w:rPr>
          <w:rFonts w:asciiTheme="minorBidi" w:hAnsiTheme="minorBidi"/>
        </w:rPr>
        <w:t xml:space="preserve">، </w:t>
      </w:r>
      <w:proofErr w:type="spellStart"/>
      <w:r w:rsidRPr="00EB6D4E">
        <w:rPr>
          <w:rFonts w:asciiTheme="minorBidi" w:hAnsiTheme="minorBidi"/>
        </w:rPr>
        <w:t>بما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في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ذلك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الفوائد</w:t>
      </w:r>
      <w:proofErr w:type="spellEnd"/>
      <w:r w:rsidR="0017455E"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والسلبيات</w:t>
      </w:r>
      <w:proofErr w:type="spellEnd"/>
      <w:r w:rsidR="00461DCA"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لأعطي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موافقتي</w:t>
      </w:r>
      <w:proofErr w:type="spellEnd"/>
      <w:r w:rsidR="00E47135" w:rsidRPr="00E47135">
        <w:rPr>
          <w:rFonts w:asciiTheme="minorBidi" w:hAnsiTheme="minorBidi"/>
          <w:rtl/>
        </w:rPr>
        <w:t>۔</w:t>
      </w:r>
      <w:r w:rsidRPr="00EB6D4E">
        <w:rPr>
          <w:rFonts w:asciiTheme="minorBidi" w:hAnsiTheme="minorBidi"/>
        </w:rPr>
        <w:t xml:space="preserve"> </w:t>
      </w:r>
      <w:r w:rsidR="000F5FAF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أعلم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أن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المشاركة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طوعية</w:t>
      </w:r>
      <w:proofErr w:type="spellEnd"/>
      <w:r w:rsidRPr="00EB6D4E">
        <w:rPr>
          <w:rFonts w:asciiTheme="minorBidi" w:hAnsiTheme="minorBidi"/>
        </w:rPr>
        <w:t xml:space="preserve">، </w:t>
      </w:r>
      <w:proofErr w:type="spellStart"/>
      <w:r w:rsidRPr="00EB6D4E">
        <w:rPr>
          <w:rFonts w:asciiTheme="minorBidi" w:hAnsiTheme="minorBidi"/>
        </w:rPr>
        <w:t>وأنه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يمكنني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دائمًا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سحب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موافقتي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دون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أن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يفقد</w:t>
      </w:r>
      <w:proofErr w:type="spellEnd"/>
      <w:r w:rsidR="005358B9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قريبي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حقوقه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الحالية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أو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المستقبلية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في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العلاج</w:t>
      </w:r>
      <w:proofErr w:type="spellEnd"/>
      <w:r w:rsidR="00E47135" w:rsidRPr="00E47135">
        <w:rPr>
          <w:rFonts w:asciiTheme="minorBidi" w:hAnsiTheme="minorBidi"/>
          <w:rtl/>
        </w:rPr>
        <w:t>۔</w:t>
      </w:r>
      <w:r w:rsidRPr="00EB6D4E">
        <w:rPr>
          <w:rFonts w:asciiTheme="minorBidi" w:hAnsiTheme="minorBidi"/>
        </w:rPr>
        <w:t xml:space="preserve"> </w:t>
      </w:r>
      <w:r w:rsidR="005358B9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أُعطي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موافقتي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على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أن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يشارك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الشخص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المذكور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أدناه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في</w:t>
      </w:r>
      <w:proofErr w:type="spellEnd"/>
      <w:r w:rsidR="005358B9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مشروع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البحث</w:t>
      </w:r>
      <w:proofErr w:type="spellEnd"/>
      <w:r w:rsidRPr="00EB6D4E">
        <w:rPr>
          <w:rFonts w:asciiTheme="minorBidi" w:hAnsiTheme="minorBidi"/>
        </w:rPr>
        <w:t xml:space="preserve">، </w:t>
      </w:r>
      <w:proofErr w:type="spellStart"/>
      <w:r w:rsidRPr="00EB6D4E">
        <w:rPr>
          <w:rFonts w:asciiTheme="minorBidi" w:hAnsiTheme="minorBidi"/>
        </w:rPr>
        <w:t>وقد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حصلت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على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نسخة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من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نموذج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الموافقة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هذا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وكذلك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نسخة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من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المعلومات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المكتوبة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عن</w:t>
      </w:r>
      <w:proofErr w:type="spellEnd"/>
      <w:r w:rsidR="00170EC0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المشروع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لاستخدامي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الخاص</w:t>
      </w:r>
      <w:proofErr w:type="spellEnd"/>
      <w:r w:rsidR="00E47135" w:rsidRPr="00E47135">
        <w:rPr>
          <w:rFonts w:asciiTheme="minorBidi" w:hAnsiTheme="minorBidi"/>
          <w:rtl/>
        </w:rPr>
        <w:t>۔</w:t>
      </w:r>
    </w:p>
    <w:p w14:paraId="4BEDE49D" w14:textId="7E982BEE" w:rsidR="002374B0" w:rsidRPr="000C10F2" w:rsidRDefault="002374B0" w:rsidP="002374B0">
      <w:pPr>
        <w:bidi/>
        <w:rPr>
          <w:rFonts w:asciiTheme="minorBidi" w:hAnsiTheme="minorBidi"/>
        </w:rPr>
      </w:pPr>
      <w:r w:rsidRPr="002374B0">
        <w:rPr>
          <w:rFonts w:asciiTheme="minorBidi" w:hAnsiTheme="minorBidi" w:hint="eastAsia"/>
          <w:rtl/>
        </w:rPr>
        <w:t>اسم</w:t>
      </w:r>
      <w:r w:rsidRPr="002374B0">
        <w:rPr>
          <w:rFonts w:asciiTheme="minorBidi" w:hAnsiTheme="minorBidi"/>
          <w:rtl/>
        </w:rPr>
        <w:t xml:space="preserve"> </w:t>
      </w:r>
      <w:r w:rsidRPr="002374B0">
        <w:rPr>
          <w:rFonts w:asciiTheme="minorBidi" w:hAnsiTheme="minorBidi" w:hint="eastAsia"/>
          <w:rtl/>
        </w:rPr>
        <w:t>المشارك</w:t>
      </w:r>
      <w:r w:rsidRPr="002374B0">
        <w:rPr>
          <w:rFonts w:asciiTheme="minorBidi" w:hAnsiTheme="minorBidi"/>
          <w:rtl/>
        </w:rPr>
        <w:t xml:space="preserve"> </w:t>
      </w:r>
      <w:r w:rsidRPr="002374B0">
        <w:rPr>
          <w:rFonts w:asciiTheme="minorBidi" w:hAnsiTheme="minorBidi" w:hint="eastAsia"/>
          <w:rtl/>
        </w:rPr>
        <w:t>في</w:t>
      </w:r>
      <w:r w:rsidRPr="002374B0">
        <w:rPr>
          <w:rFonts w:asciiTheme="minorBidi" w:hAnsiTheme="minorBidi"/>
          <w:rtl/>
        </w:rPr>
        <w:t xml:space="preserve"> </w:t>
      </w:r>
      <w:r w:rsidRPr="002374B0">
        <w:rPr>
          <w:rFonts w:asciiTheme="minorBidi" w:hAnsiTheme="minorBidi" w:hint="eastAsia"/>
          <w:rtl/>
        </w:rPr>
        <w:t>الدراسة</w:t>
      </w:r>
      <w:r w:rsidRPr="000C10F2">
        <w:rPr>
          <w:rFonts w:asciiTheme="minorBidi" w:hAnsiTheme="minorBidi"/>
        </w:rPr>
        <w:t>_____________</w:t>
      </w:r>
      <w:r w:rsidR="00946671" w:rsidRPr="000C10F2">
        <w:rPr>
          <w:rFonts w:asciiTheme="minorBidi" w:hAnsiTheme="minorBidi"/>
        </w:rPr>
        <w:t>_____</w:t>
      </w:r>
      <w:r w:rsidRPr="000C10F2">
        <w:rPr>
          <w:rFonts w:asciiTheme="minorBidi" w:hAnsiTheme="minorBidi"/>
        </w:rPr>
        <w:t>_______________________________:</w:t>
      </w:r>
    </w:p>
    <w:p w14:paraId="556549DB" w14:textId="66C4B185" w:rsidR="00E916A2" w:rsidRDefault="00946671" w:rsidP="00951192">
      <w:pPr>
        <w:bidi/>
        <w:rPr>
          <w:rFonts w:asciiTheme="minorBidi" w:hAnsiTheme="minorBidi"/>
        </w:rPr>
      </w:pPr>
      <w:proofErr w:type="spellStart"/>
      <w:r w:rsidRPr="00EB6D4E">
        <w:rPr>
          <w:rFonts w:asciiTheme="minorBidi" w:hAnsiTheme="minorBidi"/>
        </w:rPr>
        <w:t>معلومات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عن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صلتي</w:t>
      </w:r>
      <w:proofErr w:type="spellEnd"/>
      <w:r w:rsidRPr="00EB6D4E">
        <w:rPr>
          <w:rFonts w:asciiTheme="minorBidi" w:hAnsiTheme="minorBidi"/>
        </w:rPr>
        <w:t xml:space="preserve">، </w:t>
      </w:r>
      <w:proofErr w:type="spellStart"/>
      <w:r w:rsidRPr="00EB6D4E">
        <w:rPr>
          <w:rFonts w:asciiTheme="minorBidi" w:hAnsiTheme="minorBidi"/>
        </w:rPr>
        <w:t>كقريب</w:t>
      </w:r>
      <w:proofErr w:type="spellEnd"/>
      <w:r w:rsidRPr="00EB6D4E">
        <w:rPr>
          <w:rFonts w:asciiTheme="minorBidi" w:hAnsiTheme="minorBidi"/>
        </w:rPr>
        <w:t xml:space="preserve">، </w:t>
      </w:r>
      <w:proofErr w:type="spellStart"/>
      <w:r w:rsidRPr="00EB6D4E">
        <w:rPr>
          <w:rFonts w:asciiTheme="minorBidi" w:hAnsiTheme="minorBidi"/>
        </w:rPr>
        <w:t>بالمشارك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في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الدراسة</w:t>
      </w:r>
      <w:proofErr w:type="spellEnd"/>
    </w:p>
    <w:p w14:paraId="3E24BD8F" w14:textId="0FCE3CAD" w:rsidR="002374B0" w:rsidRPr="00E916A2" w:rsidRDefault="00946671" w:rsidP="00E916A2">
      <w:pPr>
        <w:bidi/>
        <w:rPr>
          <w:rFonts w:asciiTheme="minorBidi" w:hAnsiTheme="minorBidi"/>
        </w:rPr>
      </w:pPr>
      <w:r w:rsidRPr="00EB6D4E">
        <w:rPr>
          <w:rFonts w:asciiTheme="minorBidi" w:hAnsiTheme="minorBidi"/>
        </w:rPr>
        <w:t>____________</w:t>
      </w:r>
      <w:r>
        <w:rPr>
          <w:rFonts w:asciiTheme="minorBidi" w:hAnsiTheme="minorBidi"/>
        </w:rPr>
        <w:t>___</w:t>
      </w:r>
      <w:r w:rsidRPr="00EB6D4E">
        <w:rPr>
          <w:rFonts w:asciiTheme="minorBidi" w:hAnsiTheme="minorBidi"/>
        </w:rPr>
        <w:t>_____________</w:t>
      </w:r>
      <w:r w:rsidR="00E916A2">
        <w:rPr>
          <w:rFonts w:asciiTheme="minorBidi" w:hAnsiTheme="minorBidi"/>
        </w:rPr>
        <w:t>__________________________________</w:t>
      </w:r>
    </w:p>
    <w:p w14:paraId="5370EDDD" w14:textId="4BCA739F" w:rsidR="00065E93" w:rsidRPr="00EB6D4E" w:rsidRDefault="00946671" w:rsidP="005C6C77">
      <w:pPr>
        <w:bidi/>
        <w:rPr>
          <w:rFonts w:asciiTheme="minorBidi" w:hAnsiTheme="minorBidi"/>
        </w:rPr>
      </w:pPr>
      <w:proofErr w:type="spellStart"/>
      <w:r w:rsidRPr="00EB6D4E">
        <w:rPr>
          <w:rFonts w:asciiTheme="minorBidi" w:hAnsiTheme="minorBidi"/>
        </w:rPr>
        <w:t>اسم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القريب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الذي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يعطي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الموافقة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البديلة</w:t>
      </w:r>
      <w:proofErr w:type="spellEnd"/>
    </w:p>
    <w:p w14:paraId="2E622A14" w14:textId="2DEEF5E8" w:rsidR="00065E93" w:rsidRPr="00EB6D4E" w:rsidRDefault="00946671" w:rsidP="005C6C77">
      <w:pPr>
        <w:bidi/>
        <w:rPr>
          <w:rFonts w:asciiTheme="minorBidi" w:hAnsiTheme="minorBidi"/>
        </w:rPr>
      </w:pPr>
      <w:r w:rsidRPr="00EB6D4E">
        <w:rPr>
          <w:rFonts w:asciiTheme="minorBidi" w:hAnsiTheme="minorBidi"/>
        </w:rPr>
        <w:t>______________________________________________________________________</w:t>
      </w:r>
    </w:p>
    <w:p w14:paraId="7FF05C96" w14:textId="36D17DC3" w:rsidR="00065E93" w:rsidRPr="000C10F2" w:rsidRDefault="00B0297F" w:rsidP="0043183F">
      <w:pPr>
        <w:bidi/>
        <w:rPr>
          <w:rFonts w:asciiTheme="minorBidi" w:hAnsiTheme="minorBidi"/>
        </w:rPr>
      </w:pPr>
      <w:r w:rsidRPr="00B0297F">
        <w:rPr>
          <w:rFonts w:asciiTheme="minorBidi" w:hAnsiTheme="minorBidi" w:hint="eastAsia"/>
          <w:rtl/>
        </w:rPr>
        <w:t>التاريخ</w:t>
      </w:r>
      <w:r w:rsidRPr="00B0297F">
        <w:rPr>
          <w:rFonts w:asciiTheme="minorBidi" w:hAnsiTheme="minorBidi"/>
          <w:rtl/>
        </w:rPr>
        <w:t xml:space="preserve">: ____________ </w:t>
      </w:r>
      <w:r w:rsidRPr="00B0297F">
        <w:rPr>
          <w:rFonts w:asciiTheme="minorBidi" w:hAnsiTheme="minorBidi" w:hint="eastAsia"/>
          <w:rtl/>
        </w:rPr>
        <w:t>التوقيع</w:t>
      </w:r>
      <w:r w:rsidRPr="000C10F2">
        <w:rPr>
          <w:rFonts w:asciiTheme="minorBidi" w:hAnsiTheme="minorBidi"/>
        </w:rPr>
        <w:t xml:space="preserve"> ___</w:t>
      </w:r>
      <w:r w:rsidR="00946671" w:rsidRPr="000C10F2">
        <w:rPr>
          <w:rFonts w:asciiTheme="minorBidi" w:hAnsiTheme="minorBidi"/>
        </w:rPr>
        <w:t>______</w:t>
      </w:r>
      <w:r w:rsidRPr="000C10F2">
        <w:rPr>
          <w:rFonts w:asciiTheme="minorBidi" w:hAnsiTheme="minorBidi"/>
        </w:rPr>
        <w:t>__________________________________:</w:t>
      </w:r>
    </w:p>
    <w:p w14:paraId="76F9FB05" w14:textId="77777777" w:rsidR="0043183F" w:rsidRDefault="0043183F" w:rsidP="0043183F">
      <w:pPr>
        <w:bidi/>
        <w:rPr>
          <w:rFonts w:asciiTheme="minorBidi" w:hAnsiTheme="minorBidi"/>
          <w:b/>
          <w:bCs/>
        </w:rPr>
      </w:pPr>
    </w:p>
    <w:p w14:paraId="74675AB2" w14:textId="0A6C475A" w:rsidR="0043183F" w:rsidRPr="00CC65F3" w:rsidRDefault="00946671" w:rsidP="0043183F">
      <w:pPr>
        <w:bidi/>
        <w:rPr>
          <w:rFonts w:asciiTheme="minorBidi" w:hAnsiTheme="minorBidi"/>
          <w:b/>
          <w:bCs/>
        </w:rPr>
      </w:pPr>
      <w:proofErr w:type="spellStart"/>
      <w:r w:rsidRPr="00CC65F3">
        <w:rPr>
          <w:rFonts w:asciiTheme="minorBidi" w:hAnsiTheme="minorBidi"/>
          <w:b/>
          <w:bCs/>
        </w:rPr>
        <w:t>إقرار</w:t>
      </w:r>
      <w:proofErr w:type="spellEnd"/>
      <w:r w:rsidRPr="00CC65F3">
        <w:rPr>
          <w:rFonts w:asciiTheme="minorBidi" w:hAnsiTheme="minorBidi"/>
          <w:b/>
          <w:bCs/>
        </w:rPr>
        <w:t xml:space="preserve"> </w:t>
      </w:r>
      <w:proofErr w:type="spellStart"/>
      <w:r w:rsidRPr="00CC65F3">
        <w:rPr>
          <w:rFonts w:asciiTheme="minorBidi" w:hAnsiTheme="minorBidi"/>
          <w:b/>
          <w:bCs/>
        </w:rPr>
        <w:t>من</w:t>
      </w:r>
      <w:proofErr w:type="spellEnd"/>
      <w:r w:rsidRPr="00CC65F3">
        <w:rPr>
          <w:rFonts w:asciiTheme="minorBidi" w:hAnsiTheme="minorBidi"/>
          <w:b/>
          <w:bCs/>
        </w:rPr>
        <w:t xml:space="preserve"> </w:t>
      </w:r>
      <w:proofErr w:type="spellStart"/>
      <w:r w:rsidRPr="00CC65F3">
        <w:rPr>
          <w:rFonts w:asciiTheme="minorBidi" w:hAnsiTheme="minorBidi"/>
          <w:b/>
          <w:bCs/>
        </w:rPr>
        <w:t>طاقم</w:t>
      </w:r>
      <w:proofErr w:type="spellEnd"/>
      <w:r w:rsidRPr="00CC65F3">
        <w:rPr>
          <w:rFonts w:asciiTheme="minorBidi" w:hAnsiTheme="minorBidi"/>
          <w:b/>
          <w:bCs/>
        </w:rPr>
        <w:t xml:space="preserve"> </w:t>
      </w:r>
      <w:proofErr w:type="spellStart"/>
      <w:r w:rsidRPr="00CC65F3">
        <w:rPr>
          <w:rFonts w:asciiTheme="minorBidi" w:hAnsiTheme="minorBidi"/>
          <w:b/>
          <w:bCs/>
        </w:rPr>
        <w:t>البحث</w:t>
      </w:r>
      <w:proofErr w:type="spellEnd"/>
      <w:r w:rsidRPr="00CC65F3">
        <w:rPr>
          <w:rFonts w:asciiTheme="minorBidi" w:hAnsiTheme="minorBidi"/>
          <w:b/>
          <w:bCs/>
        </w:rPr>
        <w:t xml:space="preserve"> </w:t>
      </w:r>
      <w:proofErr w:type="spellStart"/>
      <w:r w:rsidRPr="00CC65F3">
        <w:rPr>
          <w:rFonts w:asciiTheme="minorBidi" w:hAnsiTheme="minorBidi"/>
          <w:b/>
          <w:bCs/>
        </w:rPr>
        <w:t>الذي</w:t>
      </w:r>
      <w:proofErr w:type="spellEnd"/>
      <w:r w:rsidRPr="00CC65F3">
        <w:rPr>
          <w:rFonts w:asciiTheme="minorBidi" w:hAnsiTheme="minorBidi"/>
          <w:b/>
          <w:bCs/>
        </w:rPr>
        <w:t xml:space="preserve"> </w:t>
      </w:r>
      <w:proofErr w:type="spellStart"/>
      <w:r w:rsidRPr="00CC65F3">
        <w:rPr>
          <w:rFonts w:asciiTheme="minorBidi" w:hAnsiTheme="minorBidi"/>
          <w:b/>
          <w:bCs/>
        </w:rPr>
        <w:t>قدّم</w:t>
      </w:r>
      <w:proofErr w:type="spellEnd"/>
      <w:r w:rsidRPr="00CC65F3">
        <w:rPr>
          <w:rFonts w:asciiTheme="minorBidi" w:hAnsiTheme="minorBidi"/>
          <w:b/>
          <w:bCs/>
        </w:rPr>
        <w:t xml:space="preserve"> </w:t>
      </w:r>
      <w:proofErr w:type="spellStart"/>
      <w:r w:rsidRPr="00CC65F3">
        <w:rPr>
          <w:rFonts w:asciiTheme="minorBidi" w:hAnsiTheme="minorBidi"/>
          <w:b/>
          <w:bCs/>
        </w:rPr>
        <w:t>المعلومات</w:t>
      </w:r>
      <w:proofErr w:type="spellEnd"/>
      <w:r w:rsidRPr="00CC65F3">
        <w:rPr>
          <w:rFonts w:asciiTheme="minorBidi" w:hAnsiTheme="minorBidi"/>
          <w:b/>
          <w:bCs/>
        </w:rPr>
        <w:t xml:space="preserve"> </w:t>
      </w:r>
      <w:proofErr w:type="spellStart"/>
      <w:r w:rsidRPr="00CC65F3">
        <w:rPr>
          <w:rFonts w:asciiTheme="minorBidi" w:hAnsiTheme="minorBidi"/>
          <w:b/>
          <w:bCs/>
        </w:rPr>
        <w:t>عن</w:t>
      </w:r>
      <w:proofErr w:type="spellEnd"/>
      <w:r w:rsidRPr="00CC65F3">
        <w:rPr>
          <w:rFonts w:asciiTheme="minorBidi" w:hAnsiTheme="minorBidi"/>
          <w:b/>
          <w:bCs/>
        </w:rPr>
        <w:t xml:space="preserve"> </w:t>
      </w:r>
      <w:proofErr w:type="spellStart"/>
      <w:r w:rsidRPr="00CC65F3">
        <w:rPr>
          <w:rFonts w:asciiTheme="minorBidi" w:hAnsiTheme="minorBidi"/>
          <w:b/>
          <w:bCs/>
        </w:rPr>
        <w:t>الدراسة</w:t>
      </w:r>
      <w:proofErr w:type="spellEnd"/>
    </w:p>
    <w:p w14:paraId="4F3511B2" w14:textId="12E5F70A" w:rsidR="00065E93" w:rsidRPr="00EB6D4E" w:rsidRDefault="00946671" w:rsidP="00951192">
      <w:pPr>
        <w:bidi/>
        <w:rPr>
          <w:rFonts w:asciiTheme="minorBidi" w:hAnsiTheme="minorBidi"/>
        </w:rPr>
      </w:pPr>
      <w:proofErr w:type="spellStart"/>
      <w:r w:rsidRPr="00EB6D4E">
        <w:rPr>
          <w:rFonts w:asciiTheme="minorBidi" w:hAnsiTheme="minorBidi"/>
        </w:rPr>
        <w:t>أُقرّ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بأن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القريب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قد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تلقّى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معلومات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شفوية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ومكتوبة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عن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الدراسة</w:t>
      </w:r>
      <w:proofErr w:type="spellEnd"/>
      <w:r w:rsidRPr="00EB6D4E">
        <w:rPr>
          <w:rFonts w:asciiTheme="minorBidi" w:hAnsiTheme="minorBidi"/>
        </w:rPr>
        <w:t>.</w:t>
      </w:r>
      <w:r w:rsidR="00265E90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ووفقًا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لقناعتي</w:t>
      </w:r>
      <w:proofErr w:type="spellEnd"/>
      <w:r w:rsidRPr="00EB6D4E">
        <w:rPr>
          <w:rFonts w:asciiTheme="minorBidi" w:hAnsiTheme="minorBidi"/>
        </w:rPr>
        <w:t xml:space="preserve">، </w:t>
      </w:r>
      <w:proofErr w:type="spellStart"/>
      <w:r w:rsidRPr="00EB6D4E">
        <w:rPr>
          <w:rFonts w:asciiTheme="minorBidi" w:hAnsiTheme="minorBidi"/>
        </w:rPr>
        <w:t>فقد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تم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تقديم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معلومات</w:t>
      </w:r>
      <w:proofErr w:type="spellEnd"/>
      <w:r w:rsidR="00E47135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كافية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تُمكّن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من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اتخاذ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قرار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بشأن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مشاركة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المريض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في</w:t>
      </w:r>
      <w:proofErr w:type="spellEnd"/>
      <w:r w:rsidRPr="00EB6D4E">
        <w:rPr>
          <w:rFonts w:asciiTheme="minorBidi" w:hAnsiTheme="minorBidi"/>
        </w:rPr>
        <w:t xml:space="preserve"> </w:t>
      </w:r>
      <w:proofErr w:type="spellStart"/>
      <w:r w:rsidRPr="00EB6D4E">
        <w:rPr>
          <w:rFonts w:asciiTheme="minorBidi" w:hAnsiTheme="minorBidi"/>
        </w:rPr>
        <w:t>الدراسة</w:t>
      </w:r>
      <w:proofErr w:type="spellEnd"/>
      <w:r w:rsidR="00E47135" w:rsidRPr="00E47135">
        <w:rPr>
          <w:rFonts w:asciiTheme="minorBidi" w:hAnsiTheme="minorBidi"/>
          <w:rtl/>
        </w:rPr>
        <w:t>۔</w:t>
      </w:r>
    </w:p>
    <w:p w14:paraId="7B2170FE" w14:textId="6BE948B7" w:rsidR="00FE7FD6" w:rsidRDefault="00FE7FD6" w:rsidP="00FE7FD6">
      <w:pPr>
        <w:bidi/>
        <w:rPr>
          <w:rFonts w:asciiTheme="minorBidi" w:hAnsiTheme="minorBidi"/>
        </w:rPr>
      </w:pPr>
      <w:r w:rsidRPr="00FE7FD6">
        <w:rPr>
          <w:rFonts w:asciiTheme="minorBidi" w:hAnsiTheme="minorBidi" w:hint="eastAsia"/>
          <w:rtl/>
        </w:rPr>
        <w:t>اسم</w:t>
      </w:r>
      <w:r w:rsidRPr="00FE7FD6">
        <w:rPr>
          <w:rFonts w:asciiTheme="minorBidi" w:hAnsiTheme="minorBidi"/>
          <w:rtl/>
        </w:rPr>
        <w:t xml:space="preserve"> </w:t>
      </w:r>
      <w:r w:rsidRPr="00FE7FD6">
        <w:rPr>
          <w:rFonts w:asciiTheme="minorBidi" w:hAnsiTheme="minorBidi" w:hint="eastAsia"/>
          <w:rtl/>
        </w:rPr>
        <w:t>من</w:t>
      </w:r>
      <w:r w:rsidRPr="00FE7FD6">
        <w:rPr>
          <w:rFonts w:asciiTheme="minorBidi" w:hAnsiTheme="minorBidi"/>
          <w:rtl/>
        </w:rPr>
        <w:t xml:space="preserve"> </w:t>
      </w:r>
      <w:r w:rsidRPr="00FE7FD6">
        <w:rPr>
          <w:rFonts w:asciiTheme="minorBidi" w:hAnsiTheme="minorBidi" w:hint="eastAsia"/>
          <w:rtl/>
        </w:rPr>
        <w:t>قدّم</w:t>
      </w:r>
      <w:r w:rsidRPr="00FE7FD6">
        <w:rPr>
          <w:rFonts w:asciiTheme="minorBidi" w:hAnsiTheme="minorBidi"/>
          <w:rtl/>
        </w:rPr>
        <w:t xml:space="preserve"> </w:t>
      </w:r>
      <w:r w:rsidRPr="00FE7FD6">
        <w:rPr>
          <w:rFonts w:asciiTheme="minorBidi" w:hAnsiTheme="minorBidi" w:hint="eastAsia"/>
          <w:rtl/>
        </w:rPr>
        <w:t>المعلومات</w:t>
      </w:r>
      <w:r w:rsidRPr="000C10F2">
        <w:rPr>
          <w:rFonts w:asciiTheme="minorBidi" w:hAnsiTheme="minorBidi"/>
        </w:rPr>
        <w:t xml:space="preserve"> ______________</w:t>
      </w:r>
      <w:r w:rsidR="00946671" w:rsidRPr="000C10F2">
        <w:rPr>
          <w:rFonts w:asciiTheme="minorBidi" w:hAnsiTheme="minorBidi"/>
        </w:rPr>
        <w:t>______</w:t>
      </w:r>
      <w:r w:rsidRPr="000C10F2">
        <w:rPr>
          <w:rFonts w:asciiTheme="minorBidi" w:hAnsiTheme="minorBidi"/>
        </w:rPr>
        <w:t>______________________________:</w:t>
      </w:r>
    </w:p>
    <w:p w14:paraId="2FDAEE85" w14:textId="22D1FD23" w:rsidR="00065E93" w:rsidRPr="000C10F2" w:rsidRDefault="00FE7FD6" w:rsidP="0043183F">
      <w:pPr>
        <w:bidi/>
        <w:rPr>
          <w:rFonts w:asciiTheme="minorBidi" w:hAnsiTheme="minorBidi"/>
        </w:rPr>
      </w:pPr>
      <w:r w:rsidRPr="00FE7FD6">
        <w:rPr>
          <w:rFonts w:asciiTheme="minorBidi" w:hAnsiTheme="minorBidi" w:hint="eastAsia"/>
          <w:rtl/>
        </w:rPr>
        <w:t>التاريخ</w:t>
      </w:r>
      <w:r w:rsidRPr="00FE7FD6">
        <w:rPr>
          <w:rFonts w:asciiTheme="minorBidi" w:hAnsiTheme="minorBidi"/>
          <w:rtl/>
        </w:rPr>
        <w:t xml:space="preserve">: ____________ </w:t>
      </w:r>
      <w:r w:rsidRPr="00FE7FD6">
        <w:rPr>
          <w:rFonts w:asciiTheme="minorBidi" w:hAnsiTheme="minorBidi" w:hint="eastAsia"/>
          <w:rtl/>
        </w:rPr>
        <w:t>التوقيع</w:t>
      </w:r>
      <w:r w:rsidRPr="000C10F2">
        <w:rPr>
          <w:rFonts w:asciiTheme="minorBidi" w:hAnsiTheme="minorBidi"/>
        </w:rPr>
        <w:t xml:space="preserve"> ________________</w:t>
      </w:r>
      <w:r w:rsidR="00946671" w:rsidRPr="000C10F2">
        <w:rPr>
          <w:rFonts w:asciiTheme="minorBidi" w:hAnsiTheme="minorBidi"/>
        </w:rPr>
        <w:t>___</w:t>
      </w:r>
      <w:r w:rsidRPr="000C10F2">
        <w:rPr>
          <w:rFonts w:asciiTheme="minorBidi" w:hAnsiTheme="minorBidi"/>
        </w:rPr>
        <w:t>_____________________:</w:t>
      </w:r>
    </w:p>
    <w:sectPr w:rsidR="00065E93" w:rsidRPr="000C10F2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0FE0D" w14:textId="77777777" w:rsidR="00C6125C" w:rsidRDefault="00C6125C" w:rsidP="00F85DA9">
      <w:pPr>
        <w:spacing w:after="0" w:line="240" w:lineRule="auto"/>
      </w:pPr>
      <w:r>
        <w:separator/>
      </w:r>
    </w:p>
  </w:endnote>
  <w:endnote w:type="continuationSeparator" w:id="0">
    <w:p w14:paraId="40ADAB79" w14:textId="77777777" w:rsidR="00C6125C" w:rsidRDefault="00C6125C" w:rsidP="00F85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4257" w14:textId="77777777" w:rsidR="00D374AE" w:rsidRPr="00D374AE" w:rsidRDefault="00D374AE" w:rsidP="00D374AE">
    <w:pPr>
      <w:pStyle w:val="Footer"/>
      <w:jc w:val="center"/>
      <w:rPr>
        <w:lang w:val="da-DK"/>
      </w:rPr>
    </w:pPr>
  </w:p>
  <w:p w14:paraId="4BC0BB12" w14:textId="3E08AE42" w:rsidR="000C10F2" w:rsidRPr="00927380" w:rsidRDefault="000C10F2" w:rsidP="000C10F2">
    <w:pPr>
      <w:pStyle w:val="Footer"/>
      <w:jc w:val="center"/>
      <w:rPr>
        <w:rFonts w:ascii="Aptos" w:hAnsi="Aptos" w:cs="Calibri"/>
        <w:color w:val="000000"/>
        <w:sz w:val="18"/>
        <w:szCs w:val="18"/>
      </w:rPr>
    </w:pPr>
    <w:r w:rsidRPr="00927380">
      <w:rPr>
        <w:rFonts w:ascii="Aptos" w:hAnsi="Aptos" w:cs="Calibri"/>
        <w:b/>
        <w:bCs/>
        <w:color w:val="000000"/>
        <w:sz w:val="18"/>
        <w:szCs w:val="18"/>
      </w:rPr>
      <w:t xml:space="preserve">Translated: </w:t>
    </w:r>
    <w:r w:rsidRPr="00927380">
      <w:rPr>
        <w:rFonts w:ascii="Aptos" w:hAnsi="Aptos" w:cs="Calibri"/>
        <w:color w:val="000000"/>
        <w:sz w:val="18"/>
        <w:szCs w:val="18"/>
      </w:rPr>
      <w:t xml:space="preserve">EMPRESS, Informed consent form – </w:t>
    </w:r>
    <w:r>
      <w:rPr>
        <w:rFonts w:ascii="Aptos" w:hAnsi="Aptos" w:cs="Calibri"/>
        <w:color w:val="000000"/>
        <w:sz w:val="18"/>
        <w:szCs w:val="18"/>
      </w:rPr>
      <w:t>Relative</w:t>
    </w:r>
    <w:r w:rsidRPr="00927380">
      <w:rPr>
        <w:rFonts w:ascii="Aptos" w:hAnsi="Aptos" w:cs="Calibri"/>
        <w:color w:val="000000"/>
        <w:sz w:val="18"/>
        <w:szCs w:val="18"/>
      </w:rPr>
      <w:t>,</w:t>
    </w:r>
    <w:r w:rsidRPr="00927380">
      <w:rPr>
        <w:rFonts w:ascii="Aptos" w:hAnsi="Aptos" w:cs="Calibri"/>
        <w:b/>
        <w:bCs/>
        <w:color w:val="000000"/>
        <w:sz w:val="18"/>
        <w:szCs w:val="18"/>
      </w:rPr>
      <w:t xml:space="preserve"> </w:t>
    </w:r>
    <w:r w:rsidRPr="00927380">
      <w:rPr>
        <w:rFonts w:ascii="Aptos" w:hAnsi="Aptos" w:cs="Calibri"/>
        <w:color w:val="000000"/>
        <w:sz w:val="18"/>
        <w:szCs w:val="18"/>
      </w:rPr>
      <w:t xml:space="preserve">Version </w:t>
    </w:r>
    <w:r>
      <w:rPr>
        <w:rFonts w:ascii="Aptos" w:hAnsi="Aptos" w:cs="Calibri"/>
        <w:color w:val="000000"/>
        <w:sz w:val="18"/>
        <w:szCs w:val="18"/>
      </w:rPr>
      <w:t>1</w:t>
    </w:r>
    <w:r w:rsidRPr="00927380">
      <w:rPr>
        <w:rFonts w:ascii="Aptos" w:hAnsi="Aptos" w:cs="Calibri"/>
        <w:color w:val="000000"/>
        <w:sz w:val="18"/>
        <w:szCs w:val="18"/>
      </w:rPr>
      <w:t xml:space="preserve">.0, 2025-03-26 </w:t>
    </w:r>
  </w:p>
  <w:p w14:paraId="100E830D" w14:textId="5CAFA0BB" w:rsidR="00D374AE" w:rsidRPr="000C10F2" w:rsidRDefault="000C10F2" w:rsidP="000C10F2">
    <w:pPr>
      <w:pStyle w:val="Footer"/>
      <w:jc w:val="center"/>
      <w:rPr>
        <w:rFonts w:ascii="Aptos" w:hAnsi="Aptos"/>
        <w:sz w:val="18"/>
        <w:szCs w:val="18"/>
        <w:lang w:val="da-DK"/>
      </w:rPr>
    </w:pPr>
    <w:r w:rsidRPr="00927380">
      <w:rPr>
        <w:rFonts w:ascii="Aptos" w:hAnsi="Aptos" w:cs="Calibri"/>
        <w:b/>
        <w:bCs/>
        <w:color w:val="000000"/>
        <w:sz w:val="18"/>
        <w:szCs w:val="18"/>
        <w:lang w:val="da-DK"/>
      </w:rPr>
      <w:t xml:space="preserve">Language: </w:t>
    </w:r>
    <w:proofErr w:type="spellStart"/>
    <w:r>
      <w:rPr>
        <w:rFonts w:ascii="Aptos" w:hAnsi="Aptos" w:cs="Calibri"/>
        <w:color w:val="000000"/>
        <w:sz w:val="18"/>
        <w:szCs w:val="18"/>
        <w:lang w:val="da-DK"/>
      </w:rPr>
      <w:t>Arabic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BC21F" w14:textId="77777777" w:rsidR="00C6125C" w:rsidRDefault="00C6125C" w:rsidP="00F85DA9">
      <w:pPr>
        <w:spacing w:after="0" w:line="240" w:lineRule="auto"/>
      </w:pPr>
      <w:r>
        <w:separator/>
      </w:r>
    </w:p>
  </w:footnote>
  <w:footnote w:type="continuationSeparator" w:id="0">
    <w:p w14:paraId="0C0D7068" w14:textId="77777777" w:rsidR="00C6125C" w:rsidRDefault="00C6125C" w:rsidP="00F85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C3327" w14:textId="77777777" w:rsidR="00F85DA9" w:rsidRPr="00EB6D4E" w:rsidRDefault="00F85DA9" w:rsidP="00F85DA9">
    <w:pPr>
      <w:bidi/>
      <w:rPr>
        <w:rFonts w:asciiTheme="minorBidi" w:hAnsiTheme="minorBidi"/>
      </w:rPr>
    </w:pPr>
    <w:proofErr w:type="spellStart"/>
    <w:r w:rsidRPr="00EB6D4E">
      <w:rPr>
        <w:rFonts w:asciiTheme="minorBidi" w:hAnsiTheme="minorBidi"/>
      </w:rPr>
      <w:t>يُوقَّع</w:t>
    </w:r>
    <w:proofErr w:type="spellEnd"/>
    <w:r w:rsidRPr="00EB6D4E">
      <w:rPr>
        <w:rFonts w:asciiTheme="minorBidi" w:hAnsiTheme="minorBidi"/>
      </w:rPr>
      <w:t xml:space="preserve"> </w:t>
    </w:r>
    <w:proofErr w:type="spellStart"/>
    <w:r w:rsidRPr="00EB6D4E">
      <w:rPr>
        <w:rFonts w:asciiTheme="minorBidi" w:hAnsiTheme="minorBidi"/>
      </w:rPr>
      <w:t>من</w:t>
    </w:r>
    <w:proofErr w:type="spellEnd"/>
    <w:r w:rsidRPr="00EB6D4E">
      <w:rPr>
        <w:rFonts w:asciiTheme="minorBidi" w:hAnsiTheme="minorBidi"/>
      </w:rPr>
      <w:t xml:space="preserve"> </w:t>
    </w:r>
    <w:proofErr w:type="spellStart"/>
    <w:r w:rsidRPr="00EB6D4E">
      <w:rPr>
        <w:rFonts w:asciiTheme="minorBidi" w:hAnsiTheme="minorBidi"/>
      </w:rPr>
      <w:t>قِبَل</w:t>
    </w:r>
    <w:proofErr w:type="spellEnd"/>
    <w:r w:rsidRPr="00EB6D4E">
      <w:rPr>
        <w:rFonts w:asciiTheme="minorBidi" w:hAnsiTheme="minorBidi"/>
      </w:rPr>
      <w:t xml:space="preserve"> </w:t>
    </w:r>
    <w:proofErr w:type="spellStart"/>
    <w:r w:rsidRPr="00EB6D4E">
      <w:rPr>
        <w:rFonts w:asciiTheme="minorBidi" w:hAnsiTheme="minorBidi"/>
      </w:rPr>
      <w:t>القريب</w:t>
    </w:r>
    <w:proofErr w:type="spellEnd"/>
  </w:p>
  <w:p w14:paraId="409962F2" w14:textId="77777777" w:rsidR="00F85DA9" w:rsidRDefault="00F85D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0611612">
    <w:abstractNumId w:val="8"/>
  </w:num>
  <w:num w:numId="2" w16cid:durableId="1924951305">
    <w:abstractNumId w:val="6"/>
  </w:num>
  <w:num w:numId="3" w16cid:durableId="1904099048">
    <w:abstractNumId w:val="5"/>
  </w:num>
  <w:num w:numId="4" w16cid:durableId="415634553">
    <w:abstractNumId w:val="4"/>
  </w:num>
  <w:num w:numId="5" w16cid:durableId="263656328">
    <w:abstractNumId w:val="7"/>
  </w:num>
  <w:num w:numId="6" w16cid:durableId="1157527043">
    <w:abstractNumId w:val="3"/>
  </w:num>
  <w:num w:numId="7" w16cid:durableId="1630747878">
    <w:abstractNumId w:val="2"/>
  </w:num>
  <w:num w:numId="8" w16cid:durableId="1598706094">
    <w:abstractNumId w:val="1"/>
  </w:num>
  <w:num w:numId="9" w16cid:durableId="745109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C7A"/>
    <w:rsid w:val="00034616"/>
    <w:rsid w:val="0006063C"/>
    <w:rsid w:val="00065E93"/>
    <w:rsid w:val="000C10F2"/>
    <w:rsid w:val="000F5FAF"/>
    <w:rsid w:val="0015074B"/>
    <w:rsid w:val="00150E63"/>
    <w:rsid w:val="00161B76"/>
    <w:rsid w:val="00170EC0"/>
    <w:rsid w:val="0017455E"/>
    <w:rsid w:val="00183B2C"/>
    <w:rsid w:val="002374B0"/>
    <w:rsid w:val="00251EAF"/>
    <w:rsid w:val="00265E90"/>
    <w:rsid w:val="0029639D"/>
    <w:rsid w:val="00326F90"/>
    <w:rsid w:val="0043183F"/>
    <w:rsid w:val="00461DCA"/>
    <w:rsid w:val="004A4E77"/>
    <w:rsid w:val="004E43B4"/>
    <w:rsid w:val="005358B9"/>
    <w:rsid w:val="005A71B6"/>
    <w:rsid w:val="005C6C77"/>
    <w:rsid w:val="006C008B"/>
    <w:rsid w:val="00946671"/>
    <w:rsid w:val="00951192"/>
    <w:rsid w:val="00AA1D8D"/>
    <w:rsid w:val="00AC2CDE"/>
    <w:rsid w:val="00B0297F"/>
    <w:rsid w:val="00B252C9"/>
    <w:rsid w:val="00B47730"/>
    <w:rsid w:val="00C1404B"/>
    <w:rsid w:val="00C6125C"/>
    <w:rsid w:val="00CB0664"/>
    <w:rsid w:val="00CC65F3"/>
    <w:rsid w:val="00D27A46"/>
    <w:rsid w:val="00D374AE"/>
    <w:rsid w:val="00D808A1"/>
    <w:rsid w:val="00DC7E70"/>
    <w:rsid w:val="00E47135"/>
    <w:rsid w:val="00E916A2"/>
    <w:rsid w:val="00EB6D4E"/>
    <w:rsid w:val="00ED4738"/>
    <w:rsid w:val="00EE38F7"/>
    <w:rsid w:val="00F27018"/>
    <w:rsid w:val="00F507FB"/>
    <w:rsid w:val="00F85DA9"/>
    <w:rsid w:val="00FC693F"/>
    <w:rsid w:val="00FC7797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64CB2E"/>
  <w14:defaultImageDpi w14:val="300"/>
  <w15:docId w15:val="{74941EFB-257A-4D0B-86E6-0E8DECB4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Maj-Brit Nørregaard Kjær</cp:lastModifiedBy>
  <cp:revision>38</cp:revision>
  <dcterms:created xsi:type="dcterms:W3CDTF">2026-01-21T09:26:00Z</dcterms:created>
  <dcterms:modified xsi:type="dcterms:W3CDTF">2026-04-29T11:47:00Z</dcterms:modified>
  <cp:category/>
</cp:coreProperties>
</file>