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988AE" w14:textId="402986F5" w:rsidR="00EB22EB" w:rsidRDefault="00357542" w:rsidP="00357542">
      <w:pPr>
        <w:bidi/>
        <w:jc w:val="center"/>
      </w:pPr>
      <w:r w:rsidRPr="00FD07A9">
        <w:rPr>
          <w:noProof/>
        </w:rPr>
        <w:drawing>
          <wp:inline distT="0" distB="0" distL="0" distR="0" wp14:anchorId="142B2F1C" wp14:editId="57BB114C">
            <wp:extent cx="1472540" cy="474958"/>
            <wp:effectExtent l="0" t="0" r="0" b="1905"/>
            <wp:docPr id="269476649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72" cy="48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80C3B" w14:textId="4445C060" w:rsidR="00730B36" w:rsidRDefault="00EB22EB" w:rsidP="003243F7">
      <w:pPr>
        <w:bidi/>
        <w:rPr>
          <w:b/>
          <w:bCs/>
          <w:sz w:val="32"/>
          <w:szCs w:val="32"/>
          <w:u w:val="single"/>
        </w:rPr>
      </w:pPr>
      <w:r w:rsidRPr="00730B36">
        <w:rPr>
          <w:b/>
          <w:bCs/>
          <w:sz w:val="32"/>
          <w:szCs w:val="32"/>
          <w:u w:val="single"/>
          <w:rtl/>
        </w:rPr>
        <w:t>إلى المريض</w:t>
      </w:r>
    </w:p>
    <w:p w14:paraId="5930C1E0" w14:textId="77777777" w:rsidR="003243F7" w:rsidRPr="00730B36" w:rsidRDefault="003243F7" w:rsidP="003243F7">
      <w:pPr>
        <w:bidi/>
        <w:rPr>
          <w:b/>
          <w:bCs/>
          <w:sz w:val="32"/>
          <w:szCs w:val="32"/>
          <w:u w:val="single"/>
        </w:rPr>
      </w:pPr>
    </w:p>
    <w:p w14:paraId="5381E2BE" w14:textId="491BC4B0" w:rsidR="00730B36" w:rsidRPr="00730B36" w:rsidRDefault="00E33652" w:rsidP="003243F7">
      <w:pPr>
        <w:bidi/>
        <w:jc w:val="center"/>
        <w:rPr>
          <w:b/>
          <w:bCs/>
          <w:sz w:val="24"/>
          <w:szCs w:val="24"/>
        </w:rPr>
      </w:pPr>
      <w:proofErr w:type="spellStart"/>
      <w:r w:rsidRPr="00730B36">
        <w:rPr>
          <w:b/>
          <w:bCs/>
          <w:sz w:val="24"/>
          <w:szCs w:val="24"/>
        </w:rPr>
        <w:t>معلومات</w:t>
      </w:r>
      <w:proofErr w:type="spellEnd"/>
      <w:r w:rsidRPr="00730B36">
        <w:rPr>
          <w:b/>
          <w:bCs/>
          <w:sz w:val="24"/>
          <w:szCs w:val="24"/>
        </w:rPr>
        <w:t xml:space="preserve"> </w:t>
      </w:r>
      <w:proofErr w:type="spellStart"/>
      <w:r w:rsidRPr="00730B36">
        <w:rPr>
          <w:b/>
          <w:bCs/>
          <w:sz w:val="24"/>
          <w:szCs w:val="24"/>
        </w:rPr>
        <w:t>حول</w:t>
      </w:r>
      <w:proofErr w:type="spellEnd"/>
      <w:r w:rsidRPr="00730B36">
        <w:rPr>
          <w:b/>
          <w:bCs/>
          <w:sz w:val="24"/>
          <w:szCs w:val="24"/>
        </w:rPr>
        <w:t xml:space="preserve"> </w:t>
      </w:r>
      <w:proofErr w:type="spellStart"/>
      <w:r w:rsidRPr="00730B36">
        <w:rPr>
          <w:b/>
          <w:bCs/>
          <w:sz w:val="24"/>
          <w:szCs w:val="24"/>
        </w:rPr>
        <w:t>المشاركة</w:t>
      </w:r>
      <w:proofErr w:type="spellEnd"/>
      <w:r w:rsidRPr="00730B36">
        <w:rPr>
          <w:b/>
          <w:bCs/>
          <w:sz w:val="24"/>
          <w:szCs w:val="24"/>
        </w:rPr>
        <w:t xml:space="preserve"> </w:t>
      </w:r>
      <w:proofErr w:type="spellStart"/>
      <w:r w:rsidRPr="00730B36">
        <w:rPr>
          <w:b/>
          <w:bCs/>
          <w:sz w:val="24"/>
          <w:szCs w:val="24"/>
        </w:rPr>
        <w:t>في</w:t>
      </w:r>
      <w:proofErr w:type="spellEnd"/>
      <w:r w:rsidRPr="00730B36">
        <w:rPr>
          <w:b/>
          <w:bCs/>
          <w:sz w:val="24"/>
          <w:szCs w:val="24"/>
        </w:rPr>
        <w:t xml:space="preserve"> </w:t>
      </w:r>
      <w:proofErr w:type="spellStart"/>
      <w:r w:rsidRPr="00730B36">
        <w:rPr>
          <w:b/>
          <w:bCs/>
          <w:sz w:val="24"/>
          <w:szCs w:val="24"/>
        </w:rPr>
        <w:t>تجربة</w:t>
      </w:r>
      <w:proofErr w:type="spellEnd"/>
      <w:r w:rsidRPr="00730B36">
        <w:rPr>
          <w:b/>
          <w:bCs/>
          <w:sz w:val="24"/>
          <w:szCs w:val="24"/>
        </w:rPr>
        <w:t xml:space="preserve"> </w:t>
      </w:r>
      <w:proofErr w:type="spellStart"/>
      <w:r w:rsidRPr="00730B36">
        <w:rPr>
          <w:b/>
          <w:bCs/>
          <w:sz w:val="24"/>
          <w:szCs w:val="24"/>
        </w:rPr>
        <w:t>علمية</w:t>
      </w:r>
      <w:proofErr w:type="spellEnd"/>
      <w:r w:rsidRPr="00730B36">
        <w:rPr>
          <w:b/>
          <w:bCs/>
          <w:sz w:val="24"/>
          <w:szCs w:val="24"/>
        </w:rPr>
        <w:t xml:space="preserve"> </w:t>
      </w:r>
      <w:proofErr w:type="spellStart"/>
      <w:r w:rsidRPr="00730B36">
        <w:rPr>
          <w:b/>
          <w:bCs/>
          <w:sz w:val="24"/>
          <w:szCs w:val="24"/>
        </w:rPr>
        <w:t>للمرضى</w:t>
      </w:r>
      <w:proofErr w:type="spellEnd"/>
      <w:r w:rsidRPr="00730B36">
        <w:rPr>
          <w:b/>
          <w:bCs/>
          <w:sz w:val="24"/>
          <w:szCs w:val="24"/>
        </w:rPr>
        <w:t xml:space="preserve"> </w:t>
      </w:r>
      <w:proofErr w:type="spellStart"/>
      <w:r w:rsidRPr="00730B36">
        <w:rPr>
          <w:b/>
          <w:bCs/>
          <w:sz w:val="24"/>
          <w:szCs w:val="24"/>
        </w:rPr>
        <w:t>المنوّمين</w:t>
      </w:r>
      <w:proofErr w:type="spellEnd"/>
      <w:r w:rsidRPr="00730B36">
        <w:rPr>
          <w:b/>
          <w:bCs/>
          <w:sz w:val="24"/>
          <w:szCs w:val="24"/>
        </w:rPr>
        <w:t xml:space="preserve"> </w:t>
      </w:r>
      <w:proofErr w:type="spellStart"/>
      <w:r w:rsidRPr="00730B36">
        <w:rPr>
          <w:b/>
          <w:bCs/>
          <w:sz w:val="24"/>
          <w:szCs w:val="24"/>
        </w:rPr>
        <w:t>المصابين</w:t>
      </w:r>
      <w:proofErr w:type="spellEnd"/>
      <w:r w:rsidRPr="00730B36">
        <w:rPr>
          <w:b/>
          <w:bCs/>
          <w:sz w:val="24"/>
          <w:szCs w:val="24"/>
        </w:rPr>
        <w:t xml:space="preserve"> </w:t>
      </w:r>
      <w:proofErr w:type="spellStart"/>
      <w:r w:rsidRPr="00730B36">
        <w:rPr>
          <w:b/>
          <w:bCs/>
          <w:sz w:val="24"/>
          <w:szCs w:val="24"/>
        </w:rPr>
        <w:t>بالإنتان</w:t>
      </w:r>
      <w:proofErr w:type="spellEnd"/>
      <w:r w:rsidRPr="00730B36">
        <w:rPr>
          <w:b/>
          <w:bCs/>
          <w:sz w:val="24"/>
          <w:szCs w:val="24"/>
        </w:rPr>
        <w:t xml:space="preserve"> </w:t>
      </w:r>
      <w:proofErr w:type="spellStart"/>
      <w:r w:rsidRPr="00730B36">
        <w:rPr>
          <w:b/>
          <w:bCs/>
          <w:sz w:val="24"/>
          <w:szCs w:val="24"/>
        </w:rPr>
        <w:t>والمرض</w:t>
      </w:r>
      <w:proofErr w:type="spellEnd"/>
      <w:r w:rsidRPr="00730B36">
        <w:rPr>
          <w:b/>
          <w:bCs/>
          <w:sz w:val="24"/>
          <w:szCs w:val="24"/>
        </w:rPr>
        <w:t xml:space="preserve"> </w:t>
      </w:r>
      <w:proofErr w:type="spellStart"/>
      <w:r w:rsidRPr="00730B36">
        <w:rPr>
          <w:b/>
          <w:bCs/>
          <w:sz w:val="24"/>
          <w:szCs w:val="24"/>
        </w:rPr>
        <w:t>الحرج</w:t>
      </w:r>
      <w:proofErr w:type="spellEnd"/>
    </w:p>
    <w:p w14:paraId="30709CED" w14:textId="103A3704" w:rsidR="001C6CFD" w:rsidRDefault="00E33652" w:rsidP="00730B36">
      <w:pPr>
        <w:bidi/>
      </w:pPr>
      <w:r>
        <w:br/>
      </w:r>
      <w:r w:rsidRPr="00730B36">
        <w:rPr>
          <w:sz w:val="20"/>
          <w:szCs w:val="20"/>
        </w:rPr>
        <w:t>2023-509703-33-00</w:t>
      </w:r>
      <w:r w:rsidR="00355421">
        <w:rPr>
          <w:sz w:val="20"/>
          <w:szCs w:val="20"/>
        </w:rPr>
        <w:t xml:space="preserve">: </w:t>
      </w:r>
      <w:proofErr w:type="spellStart"/>
      <w:r w:rsidR="00355421" w:rsidRPr="00730B36">
        <w:rPr>
          <w:sz w:val="20"/>
          <w:szCs w:val="20"/>
        </w:rPr>
        <w:t>رقم</w:t>
      </w:r>
      <w:proofErr w:type="spellEnd"/>
      <w:r w:rsidR="00355421" w:rsidRPr="00730B36">
        <w:rPr>
          <w:sz w:val="20"/>
          <w:szCs w:val="20"/>
        </w:rPr>
        <w:t xml:space="preserve"> </w:t>
      </w:r>
      <w:proofErr w:type="spellStart"/>
      <w:r w:rsidR="00355421" w:rsidRPr="00730B36">
        <w:rPr>
          <w:sz w:val="20"/>
          <w:szCs w:val="20"/>
        </w:rPr>
        <w:t>التجربة</w:t>
      </w:r>
      <w:proofErr w:type="spellEnd"/>
      <w:r w:rsidR="00355421" w:rsidRPr="00730B36">
        <w:rPr>
          <w:sz w:val="20"/>
          <w:szCs w:val="20"/>
        </w:rPr>
        <w:t xml:space="preserve"> </w:t>
      </w:r>
      <w:proofErr w:type="spellStart"/>
      <w:r w:rsidR="00355421" w:rsidRPr="00730B36">
        <w:rPr>
          <w:sz w:val="20"/>
          <w:szCs w:val="20"/>
        </w:rPr>
        <w:t>في</w:t>
      </w:r>
      <w:proofErr w:type="spellEnd"/>
      <w:r w:rsidR="00355421" w:rsidRPr="00730B36">
        <w:rPr>
          <w:sz w:val="20"/>
          <w:szCs w:val="20"/>
        </w:rPr>
        <w:t xml:space="preserve"> </w:t>
      </w:r>
      <w:proofErr w:type="spellStart"/>
      <w:r w:rsidR="00355421" w:rsidRPr="00730B36">
        <w:rPr>
          <w:sz w:val="20"/>
          <w:szCs w:val="20"/>
        </w:rPr>
        <w:t>الاتحاد</w:t>
      </w:r>
      <w:proofErr w:type="spellEnd"/>
      <w:r w:rsidR="00355421" w:rsidRPr="00730B36">
        <w:rPr>
          <w:sz w:val="20"/>
          <w:szCs w:val="20"/>
        </w:rPr>
        <w:t xml:space="preserve"> </w:t>
      </w:r>
      <w:proofErr w:type="spellStart"/>
      <w:r w:rsidR="00355421" w:rsidRPr="00730B36">
        <w:rPr>
          <w:sz w:val="20"/>
          <w:szCs w:val="20"/>
        </w:rPr>
        <w:t>الأوروبي</w:t>
      </w:r>
      <w:proofErr w:type="spellEnd"/>
      <w:r w:rsidR="00355421" w:rsidRPr="00730B36">
        <w:rPr>
          <w:sz w:val="20"/>
          <w:szCs w:val="20"/>
        </w:rPr>
        <w:t xml:space="preserve"> (EU CT)</w:t>
      </w:r>
    </w:p>
    <w:p w14:paraId="6FF7F98F" w14:textId="77777777" w:rsidR="00730B36" w:rsidRDefault="00730B36" w:rsidP="00730B36">
      <w:pPr>
        <w:bidi/>
      </w:pPr>
    </w:p>
    <w:p w14:paraId="43FD5154" w14:textId="23F5CDF5" w:rsidR="0068130A" w:rsidRPr="00F500C1" w:rsidRDefault="00E33652" w:rsidP="0068130A">
      <w:pPr>
        <w:bidi/>
      </w:pPr>
      <w:proofErr w:type="spellStart"/>
      <w:r w:rsidRPr="00730B36">
        <w:rPr>
          <w:b/>
          <w:bCs/>
        </w:rPr>
        <w:t>عنوان</w:t>
      </w:r>
      <w:proofErr w:type="spellEnd"/>
      <w:r w:rsidRPr="00730B36">
        <w:rPr>
          <w:b/>
          <w:bCs/>
        </w:rPr>
        <w:t xml:space="preserve"> </w:t>
      </w:r>
      <w:proofErr w:type="spellStart"/>
      <w:r w:rsidRPr="00730B36">
        <w:rPr>
          <w:b/>
          <w:bCs/>
        </w:rPr>
        <w:t>الدراسة</w:t>
      </w:r>
      <w:proofErr w:type="spellEnd"/>
    </w:p>
    <w:p w14:paraId="6B410B48" w14:textId="10336D81" w:rsidR="001C6CFD" w:rsidRDefault="0068130A" w:rsidP="0068130A">
      <w:pPr>
        <w:bidi/>
      </w:pPr>
      <w:r w:rsidRPr="00F500C1">
        <w:t xml:space="preserve"> Empirical meropenem vs piperacillin/tazobactam for adult patients with sepsis (EMPRESS)</w:t>
      </w:r>
    </w:p>
    <w:p w14:paraId="63C5848D" w14:textId="77777777" w:rsidR="00730B36" w:rsidRDefault="00730B36" w:rsidP="00730B36">
      <w:pPr>
        <w:bidi/>
      </w:pPr>
    </w:p>
    <w:p w14:paraId="395ACB88" w14:textId="3E71B570" w:rsidR="001C6CFD" w:rsidRDefault="00E33652" w:rsidP="003A3A71">
      <w:pPr>
        <w:bidi/>
      </w:pPr>
      <w:proofErr w:type="spellStart"/>
      <w:r w:rsidRPr="00730B36">
        <w:rPr>
          <w:b/>
          <w:bCs/>
        </w:rPr>
        <w:t>العنوان</w:t>
      </w:r>
      <w:proofErr w:type="spellEnd"/>
      <w:r w:rsidRPr="00730B36">
        <w:rPr>
          <w:b/>
          <w:bCs/>
        </w:rPr>
        <w:t xml:space="preserve"> </w:t>
      </w:r>
      <w:proofErr w:type="spellStart"/>
      <w:r w:rsidRPr="00730B36">
        <w:rPr>
          <w:b/>
          <w:bCs/>
        </w:rPr>
        <w:t>باللغة</w:t>
      </w:r>
      <w:proofErr w:type="spellEnd"/>
      <w:r w:rsidRPr="00730B36">
        <w:rPr>
          <w:b/>
          <w:bCs/>
        </w:rPr>
        <w:t xml:space="preserve"> </w:t>
      </w:r>
      <w:r w:rsidR="003A3A71" w:rsidRPr="003A3A71">
        <w:rPr>
          <w:rtl/>
        </w:rPr>
        <w:t xml:space="preserve"> </w:t>
      </w:r>
      <w:r w:rsidR="003A3A71" w:rsidRPr="003A3A71">
        <w:rPr>
          <w:b/>
          <w:bCs/>
          <w:rtl/>
        </w:rPr>
        <w:t>العربية</w:t>
      </w:r>
      <w:r>
        <w:br/>
      </w:r>
      <w:proofErr w:type="spellStart"/>
      <w:r>
        <w:t>ميروبينيم</w:t>
      </w:r>
      <w:proofErr w:type="spellEnd"/>
      <w:r>
        <w:t xml:space="preserve"> </w:t>
      </w:r>
      <w:proofErr w:type="spellStart"/>
      <w:r>
        <w:t>مقابل</w:t>
      </w:r>
      <w:proofErr w:type="spellEnd"/>
      <w:r>
        <w:t xml:space="preserve"> </w:t>
      </w:r>
      <w:proofErr w:type="spellStart"/>
      <w:r>
        <w:t>بيبيراسيلين</w:t>
      </w:r>
      <w:proofErr w:type="spellEnd"/>
      <w:r>
        <w:t>/</w:t>
      </w:r>
      <w:proofErr w:type="spellStart"/>
      <w:r>
        <w:t>تازوباكتام</w:t>
      </w:r>
      <w:proofErr w:type="spellEnd"/>
      <w:r>
        <w:t xml:space="preserve"> </w:t>
      </w:r>
      <w:proofErr w:type="spellStart"/>
      <w:r>
        <w:t>للمرضى</w:t>
      </w:r>
      <w:proofErr w:type="spellEnd"/>
      <w:r>
        <w:t xml:space="preserve"> </w:t>
      </w:r>
      <w:proofErr w:type="spellStart"/>
      <w:r>
        <w:t>البالغين</w:t>
      </w:r>
      <w:proofErr w:type="spellEnd"/>
      <w:r>
        <w:t xml:space="preserve"> </w:t>
      </w:r>
      <w:proofErr w:type="spellStart"/>
      <w:r>
        <w:t>المصابين</w:t>
      </w:r>
      <w:proofErr w:type="spellEnd"/>
      <w:r>
        <w:t xml:space="preserve"> </w:t>
      </w:r>
      <w:proofErr w:type="spellStart"/>
      <w:r>
        <w:t>بالإنتان</w:t>
      </w:r>
      <w:proofErr w:type="spellEnd"/>
    </w:p>
    <w:p w14:paraId="7E65A730" w14:textId="77777777" w:rsidR="00730B36" w:rsidRDefault="00730B36" w:rsidP="00730B36">
      <w:pPr>
        <w:bidi/>
      </w:pPr>
    </w:p>
    <w:p w14:paraId="6B3EFC57" w14:textId="119E0FF8" w:rsidR="001C6CFD" w:rsidRDefault="00E33652" w:rsidP="007E46DF">
      <w:pPr>
        <w:bidi/>
      </w:pPr>
      <w:proofErr w:type="spellStart"/>
      <w:r w:rsidRPr="00730B36">
        <w:rPr>
          <w:b/>
          <w:bCs/>
        </w:rPr>
        <w:t>المقدمة</w:t>
      </w:r>
      <w:proofErr w:type="spellEnd"/>
      <w:r>
        <w:br/>
      </w:r>
      <w:proofErr w:type="spellStart"/>
      <w:r>
        <w:t>نود</w:t>
      </w:r>
      <w:proofErr w:type="spellEnd"/>
      <w:r>
        <w:t xml:space="preserve"> </w:t>
      </w:r>
      <w:proofErr w:type="spellStart"/>
      <w:r>
        <w:t>أن</w:t>
      </w:r>
      <w:proofErr w:type="spellEnd"/>
      <w:r>
        <w:t xml:space="preserve"> </w:t>
      </w:r>
      <w:proofErr w:type="spellStart"/>
      <w:r>
        <w:t>نطلب</w:t>
      </w:r>
      <w:proofErr w:type="spellEnd"/>
      <w:r>
        <w:t xml:space="preserve"> </w:t>
      </w:r>
      <w:proofErr w:type="spellStart"/>
      <w:r>
        <w:t>موافقتك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المشاركة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تجربة</w:t>
      </w:r>
      <w:proofErr w:type="spellEnd"/>
      <w:r>
        <w:t xml:space="preserve"> </w:t>
      </w:r>
      <w:proofErr w:type="spellStart"/>
      <w:r>
        <w:t>بحثية</w:t>
      </w:r>
      <w:proofErr w:type="spellEnd"/>
      <w:r>
        <w:t xml:space="preserve"> </w:t>
      </w:r>
      <w:proofErr w:type="spellStart"/>
      <w:r>
        <w:t>طبية</w:t>
      </w:r>
      <w:proofErr w:type="spellEnd"/>
      <w:r>
        <w:t>.</w:t>
      </w:r>
      <w:r w:rsidR="00327982">
        <w:t xml:space="preserve"> </w:t>
      </w:r>
      <w:proofErr w:type="spellStart"/>
      <w:r>
        <w:t>لقد</w:t>
      </w:r>
      <w:proofErr w:type="spellEnd"/>
      <w:r>
        <w:t xml:space="preserve"> </w:t>
      </w:r>
      <w:proofErr w:type="spellStart"/>
      <w:r>
        <w:t>أصبت</w:t>
      </w:r>
      <w:proofErr w:type="spellEnd"/>
      <w:r>
        <w:t xml:space="preserve"> </w:t>
      </w:r>
      <w:proofErr w:type="spellStart"/>
      <w:r>
        <w:t>بعدوى</w:t>
      </w:r>
      <w:proofErr w:type="spellEnd"/>
      <w:r>
        <w:t xml:space="preserve"> </w:t>
      </w:r>
      <w:proofErr w:type="spellStart"/>
      <w:r>
        <w:t>شديدة</w:t>
      </w:r>
      <w:proofErr w:type="spellEnd"/>
      <w:r>
        <w:t xml:space="preserve"> </w:t>
      </w:r>
      <w:proofErr w:type="spellStart"/>
      <w:r>
        <w:t>استدعت</w:t>
      </w:r>
      <w:proofErr w:type="spellEnd"/>
      <w:r>
        <w:t xml:space="preserve"> </w:t>
      </w:r>
      <w:proofErr w:type="spellStart"/>
      <w:r>
        <w:t>إدخالك</w:t>
      </w:r>
      <w:proofErr w:type="spellEnd"/>
      <w:r>
        <w:t xml:space="preserve"> </w:t>
      </w:r>
      <w:proofErr w:type="spellStart"/>
      <w:r>
        <w:t>إلى</w:t>
      </w:r>
      <w:proofErr w:type="spellEnd"/>
      <w:r>
        <w:t xml:space="preserve"> </w:t>
      </w:r>
      <w:proofErr w:type="spellStart"/>
      <w:r>
        <w:t>المستشفى</w:t>
      </w:r>
      <w:proofErr w:type="spellEnd"/>
      <w:r w:rsidR="00614DA0" w:rsidRPr="00614DA0">
        <w:rPr>
          <w:rtl/>
        </w:rPr>
        <w:t>۔</w:t>
      </w:r>
      <w:r>
        <w:br/>
      </w:r>
      <w:proofErr w:type="spellStart"/>
      <w:r>
        <w:t>بدأت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 </w:t>
      </w:r>
      <w:proofErr w:type="spellStart"/>
      <w:r>
        <w:t>بالفعل</w:t>
      </w:r>
      <w:proofErr w:type="spellEnd"/>
      <w:r>
        <w:t xml:space="preserve"> </w:t>
      </w:r>
      <w:proofErr w:type="spellStart"/>
      <w:r>
        <w:t>خلال</w:t>
      </w:r>
      <w:proofErr w:type="spellEnd"/>
      <w:r>
        <w:t xml:space="preserve"> </w:t>
      </w:r>
      <w:proofErr w:type="spellStart"/>
      <w:r>
        <w:t>علاجك</w:t>
      </w:r>
      <w:proofErr w:type="spellEnd"/>
      <w:r>
        <w:t xml:space="preserve"> </w:t>
      </w:r>
      <w:proofErr w:type="spellStart"/>
      <w:r>
        <w:t>الحاد</w:t>
      </w:r>
      <w:proofErr w:type="spellEnd"/>
      <w:r>
        <w:t xml:space="preserve">، </w:t>
      </w:r>
      <w:proofErr w:type="spellStart"/>
      <w:r>
        <w:t>وتمت</w:t>
      </w:r>
      <w:proofErr w:type="spellEnd"/>
      <w:r>
        <w:t xml:space="preserve"> </w:t>
      </w:r>
      <w:proofErr w:type="spellStart"/>
      <w:r>
        <w:t>مناقشتها</w:t>
      </w:r>
      <w:proofErr w:type="spellEnd"/>
      <w:r>
        <w:t xml:space="preserve"> </w:t>
      </w:r>
      <w:proofErr w:type="spellStart"/>
      <w:r>
        <w:t>لاحقًا</w:t>
      </w:r>
      <w:proofErr w:type="spellEnd"/>
      <w:r>
        <w:t xml:space="preserve"> </w:t>
      </w:r>
      <w:proofErr w:type="spellStart"/>
      <w:r>
        <w:t>مع</w:t>
      </w:r>
      <w:proofErr w:type="spellEnd"/>
      <w:r>
        <w:t xml:space="preserve"> </w:t>
      </w:r>
      <w:proofErr w:type="spellStart"/>
      <w:r>
        <w:t>طبيب</w:t>
      </w:r>
      <w:proofErr w:type="spellEnd"/>
      <w:r>
        <w:t xml:space="preserve"> </w:t>
      </w:r>
      <w:proofErr w:type="spellStart"/>
      <w:r>
        <w:t>مستقل</w:t>
      </w:r>
      <w:proofErr w:type="spellEnd"/>
      <w:r>
        <w:t xml:space="preserve"> </w:t>
      </w:r>
      <w:proofErr w:type="spellStart"/>
      <w:r>
        <w:t>عن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 </w:t>
      </w:r>
      <w:r w:rsidR="00FB1D48">
        <w:t>)</w:t>
      </w:r>
      <w:proofErr w:type="spellStart"/>
      <w:r>
        <w:t>وصي</w:t>
      </w:r>
      <w:proofErr w:type="spellEnd"/>
      <w:r>
        <w:t xml:space="preserve"> </w:t>
      </w:r>
      <w:proofErr w:type="spellStart"/>
      <w:r>
        <w:t>بحثي</w:t>
      </w:r>
      <w:proofErr w:type="spellEnd"/>
      <w:r w:rsidR="00FB1D48">
        <w:t>(</w:t>
      </w:r>
      <w:r>
        <w:t xml:space="preserve"> </w:t>
      </w:r>
      <w:proofErr w:type="spellStart"/>
      <w:r>
        <w:t>ومع</w:t>
      </w:r>
      <w:proofErr w:type="spellEnd"/>
      <w:r>
        <w:t xml:space="preserve"> </w:t>
      </w:r>
      <w:proofErr w:type="spellStart"/>
      <w:r>
        <w:t>أقرب</w:t>
      </w:r>
      <w:proofErr w:type="spellEnd"/>
      <w:r>
        <w:t xml:space="preserve"> </w:t>
      </w:r>
      <w:proofErr w:type="spellStart"/>
      <w:r>
        <w:t>أقاربك</w:t>
      </w:r>
      <w:proofErr w:type="spellEnd"/>
      <w:r w:rsidR="007E46DF" w:rsidRPr="007E46DF">
        <w:rPr>
          <w:rtl/>
        </w:rPr>
        <w:t>۔</w:t>
      </w:r>
      <w:r>
        <w:br/>
      </w:r>
      <w:proofErr w:type="spellStart"/>
      <w:r>
        <w:t>نظرًا</w:t>
      </w:r>
      <w:proofErr w:type="spellEnd"/>
      <w:r>
        <w:t xml:space="preserve"> </w:t>
      </w:r>
      <w:proofErr w:type="spellStart"/>
      <w:r>
        <w:t>لضرورة</w:t>
      </w:r>
      <w:proofErr w:type="spellEnd"/>
      <w:r>
        <w:t xml:space="preserve"> </w:t>
      </w:r>
      <w:proofErr w:type="spellStart"/>
      <w:r>
        <w:t>بدء</w:t>
      </w:r>
      <w:proofErr w:type="spellEnd"/>
      <w:r>
        <w:t xml:space="preserve"> </w:t>
      </w:r>
      <w:proofErr w:type="spellStart"/>
      <w:r>
        <w:t>العلاج</w:t>
      </w:r>
      <w:proofErr w:type="spellEnd"/>
      <w:r>
        <w:t xml:space="preserve"> </w:t>
      </w:r>
      <w:proofErr w:type="spellStart"/>
      <w:r>
        <w:t>بسرعة</w:t>
      </w:r>
      <w:proofErr w:type="spellEnd"/>
      <w:r>
        <w:t xml:space="preserve"> </w:t>
      </w:r>
      <w:proofErr w:type="spellStart"/>
      <w:r>
        <w:t>وحالتك</w:t>
      </w:r>
      <w:proofErr w:type="spellEnd"/>
      <w:r>
        <w:t xml:space="preserve"> </w:t>
      </w:r>
      <w:proofErr w:type="spellStart"/>
      <w:r>
        <w:t>الصحية</w:t>
      </w:r>
      <w:proofErr w:type="spellEnd"/>
      <w:r>
        <w:t xml:space="preserve"> </w:t>
      </w:r>
      <w:proofErr w:type="spellStart"/>
      <w:r>
        <w:t>الحرجة</w:t>
      </w:r>
      <w:proofErr w:type="spellEnd"/>
      <w:r>
        <w:t xml:space="preserve"> </w:t>
      </w:r>
      <w:proofErr w:type="spellStart"/>
      <w:r>
        <w:t>آنذاك</w:t>
      </w:r>
      <w:proofErr w:type="spellEnd"/>
      <w:r>
        <w:t xml:space="preserve">، </w:t>
      </w:r>
      <w:proofErr w:type="spellStart"/>
      <w:r>
        <w:t>لم</w:t>
      </w:r>
      <w:proofErr w:type="spellEnd"/>
      <w:r>
        <w:t xml:space="preserve"> </w:t>
      </w:r>
      <w:proofErr w:type="spellStart"/>
      <w:r>
        <w:t>يكن</w:t>
      </w:r>
      <w:proofErr w:type="spellEnd"/>
      <w:r>
        <w:t xml:space="preserve"> </w:t>
      </w:r>
      <w:proofErr w:type="spellStart"/>
      <w:r>
        <w:t>بالإمكان</w:t>
      </w:r>
      <w:proofErr w:type="spellEnd"/>
      <w:r>
        <w:t xml:space="preserve"> </w:t>
      </w:r>
      <w:proofErr w:type="spellStart"/>
      <w:r>
        <w:t>الحصول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موافقتك</w:t>
      </w:r>
      <w:proofErr w:type="spellEnd"/>
      <w:r>
        <w:t xml:space="preserve"> </w:t>
      </w:r>
      <w:proofErr w:type="spellStart"/>
      <w:r>
        <w:t>المستنيرة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ذلك</w:t>
      </w:r>
      <w:proofErr w:type="spellEnd"/>
      <w:r>
        <w:t xml:space="preserve"> </w:t>
      </w:r>
      <w:proofErr w:type="spellStart"/>
      <w:r>
        <w:t>الوقت</w:t>
      </w:r>
      <w:proofErr w:type="spellEnd"/>
      <w:r w:rsidR="00DB2E09" w:rsidRPr="00DB2E09">
        <w:rPr>
          <w:rtl/>
        </w:rPr>
        <w:t>۔</w:t>
      </w:r>
    </w:p>
    <w:p w14:paraId="6A6390EF" w14:textId="643DF79D" w:rsidR="001C6CFD" w:rsidRDefault="00E33652" w:rsidP="00F85418">
      <w:pPr>
        <w:bidi/>
      </w:pPr>
      <w:proofErr w:type="spellStart"/>
      <w:r>
        <w:t>الآن</w:t>
      </w:r>
      <w:proofErr w:type="spellEnd"/>
      <w:r>
        <w:t xml:space="preserve"> </w:t>
      </w:r>
      <w:proofErr w:type="spellStart"/>
      <w:r>
        <w:t>وبعد</w:t>
      </w:r>
      <w:proofErr w:type="spellEnd"/>
      <w:r>
        <w:t xml:space="preserve"> </w:t>
      </w:r>
      <w:proofErr w:type="spellStart"/>
      <w:r>
        <w:t>تحسن</w:t>
      </w:r>
      <w:proofErr w:type="spellEnd"/>
      <w:r>
        <w:t xml:space="preserve"> </w:t>
      </w:r>
      <w:proofErr w:type="spellStart"/>
      <w:r>
        <w:t>حالتك</w:t>
      </w:r>
      <w:proofErr w:type="spellEnd"/>
      <w:r>
        <w:t xml:space="preserve">، </w:t>
      </w:r>
      <w:proofErr w:type="spellStart"/>
      <w:r>
        <w:t>نود</w:t>
      </w:r>
      <w:proofErr w:type="spellEnd"/>
      <w:r>
        <w:t xml:space="preserve"> </w:t>
      </w:r>
      <w:proofErr w:type="spellStart"/>
      <w:r>
        <w:t>أن</w:t>
      </w:r>
      <w:proofErr w:type="spellEnd"/>
      <w:r>
        <w:t xml:space="preserve"> </w:t>
      </w:r>
      <w:proofErr w:type="spellStart"/>
      <w:r>
        <w:t>نسألك</w:t>
      </w:r>
      <w:proofErr w:type="spellEnd"/>
      <w:r>
        <w:t xml:space="preserve"> </w:t>
      </w:r>
      <w:proofErr w:type="spellStart"/>
      <w:r>
        <w:t>ما</w:t>
      </w:r>
      <w:proofErr w:type="spellEnd"/>
      <w:r>
        <w:t xml:space="preserve"> </w:t>
      </w:r>
      <w:proofErr w:type="spellStart"/>
      <w:r>
        <w:t>إذا</w:t>
      </w:r>
      <w:proofErr w:type="spellEnd"/>
      <w:r>
        <w:t xml:space="preserve"> </w:t>
      </w:r>
      <w:proofErr w:type="spellStart"/>
      <w:r>
        <w:t>كنت</w:t>
      </w:r>
      <w:proofErr w:type="spellEnd"/>
      <w:r>
        <w:t xml:space="preserve"> </w:t>
      </w:r>
      <w:proofErr w:type="spellStart"/>
      <w:r>
        <w:t>ترغب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الاستمرار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المشاركة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 </w:t>
      </w:r>
      <w:r>
        <w:br/>
      </w:r>
      <w:proofErr w:type="spellStart"/>
      <w:r>
        <w:t>من</w:t>
      </w:r>
      <w:proofErr w:type="spellEnd"/>
      <w:r>
        <w:t xml:space="preserve"> </w:t>
      </w:r>
      <w:proofErr w:type="spellStart"/>
      <w:r>
        <w:t>المهم</w:t>
      </w:r>
      <w:proofErr w:type="spellEnd"/>
      <w:r>
        <w:t xml:space="preserve"> </w:t>
      </w:r>
      <w:proofErr w:type="spellStart"/>
      <w:r>
        <w:t>أن</w:t>
      </w:r>
      <w:proofErr w:type="spellEnd"/>
      <w:r>
        <w:t xml:space="preserve"> </w:t>
      </w:r>
      <w:proofErr w:type="spellStart"/>
      <w:r>
        <w:t>تفهم</w:t>
      </w:r>
      <w:proofErr w:type="spellEnd"/>
      <w:r>
        <w:t xml:space="preserve"> </w:t>
      </w:r>
      <w:proofErr w:type="spellStart"/>
      <w:r>
        <w:t>تمامًا</w:t>
      </w:r>
      <w:proofErr w:type="spellEnd"/>
      <w:r>
        <w:t xml:space="preserve"> </w:t>
      </w:r>
      <w:proofErr w:type="spellStart"/>
      <w:r>
        <w:t>ما</w:t>
      </w:r>
      <w:proofErr w:type="spellEnd"/>
      <w:r>
        <w:t xml:space="preserve"> </w:t>
      </w:r>
      <w:proofErr w:type="spellStart"/>
      <w:r>
        <w:t>تتضمنه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 </w:t>
      </w:r>
      <w:proofErr w:type="spellStart"/>
      <w:r>
        <w:t>ولماذا</w:t>
      </w:r>
      <w:proofErr w:type="spellEnd"/>
      <w:r>
        <w:t xml:space="preserve"> </w:t>
      </w:r>
      <w:proofErr w:type="spellStart"/>
      <w:r>
        <w:t>نقوم</w:t>
      </w:r>
      <w:proofErr w:type="spellEnd"/>
      <w:r>
        <w:t xml:space="preserve"> </w:t>
      </w:r>
      <w:proofErr w:type="spellStart"/>
      <w:r>
        <w:t>بإجرائها</w:t>
      </w:r>
      <w:proofErr w:type="spellEnd"/>
      <w:r>
        <w:t xml:space="preserve">، </w:t>
      </w:r>
      <w:proofErr w:type="spellStart"/>
      <w:r>
        <w:t>لذلك</w:t>
      </w:r>
      <w:proofErr w:type="spellEnd"/>
      <w:r>
        <w:t xml:space="preserve"> </w:t>
      </w:r>
      <w:proofErr w:type="spellStart"/>
      <w:r>
        <w:t>نرجو</w:t>
      </w:r>
      <w:proofErr w:type="spellEnd"/>
      <w:r>
        <w:t xml:space="preserve"> </w:t>
      </w:r>
      <w:proofErr w:type="spellStart"/>
      <w:r>
        <w:t>منك</w:t>
      </w:r>
      <w:proofErr w:type="spellEnd"/>
      <w:r>
        <w:t xml:space="preserve"> </w:t>
      </w:r>
      <w:proofErr w:type="spellStart"/>
      <w:r>
        <w:t>قراءة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المعلومات</w:t>
      </w:r>
      <w:proofErr w:type="spellEnd"/>
      <w:r>
        <w:t xml:space="preserve"> </w:t>
      </w:r>
      <w:proofErr w:type="spellStart"/>
      <w:r>
        <w:t>بعناية</w:t>
      </w:r>
      <w:proofErr w:type="spellEnd"/>
      <w:r w:rsidR="00F85418" w:rsidRPr="00F85418">
        <w:rPr>
          <w:rtl/>
        </w:rPr>
        <w:t>۔</w:t>
      </w:r>
    </w:p>
    <w:p w14:paraId="08BC206E" w14:textId="18C54D94" w:rsidR="001C6CFD" w:rsidRDefault="00E33652" w:rsidP="00E64111">
      <w:pPr>
        <w:bidi/>
      </w:pPr>
      <w:proofErr w:type="spellStart"/>
      <w:r>
        <w:t>ستُتاح</w:t>
      </w:r>
      <w:proofErr w:type="spellEnd"/>
      <w:r>
        <w:t xml:space="preserve"> </w:t>
      </w:r>
      <w:proofErr w:type="spellStart"/>
      <w:r>
        <w:t>لك</w:t>
      </w:r>
      <w:proofErr w:type="spellEnd"/>
      <w:r>
        <w:t xml:space="preserve"> </w:t>
      </w:r>
      <w:proofErr w:type="spellStart"/>
      <w:r>
        <w:t>فرصة</w:t>
      </w:r>
      <w:proofErr w:type="spellEnd"/>
      <w:r>
        <w:t xml:space="preserve"> </w:t>
      </w:r>
      <w:proofErr w:type="spellStart"/>
      <w:r>
        <w:t>لإجراء</w:t>
      </w:r>
      <w:proofErr w:type="spellEnd"/>
      <w:r>
        <w:t xml:space="preserve"> </w:t>
      </w:r>
      <w:proofErr w:type="spellStart"/>
      <w:r>
        <w:t>محادثة</w:t>
      </w:r>
      <w:proofErr w:type="spellEnd"/>
      <w:r>
        <w:t xml:space="preserve"> </w:t>
      </w:r>
      <w:proofErr w:type="spellStart"/>
      <w:r>
        <w:t>مع</w:t>
      </w:r>
      <w:proofErr w:type="spellEnd"/>
      <w:r>
        <w:t xml:space="preserve"> </w:t>
      </w:r>
      <w:proofErr w:type="spellStart"/>
      <w:r>
        <w:t>الطبيب</w:t>
      </w:r>
      <w:proofErr w:type="spellEnd"/>
      <w:r>
        <w:t xml:space="preserve"> </w:t>
      </w:r>
      <w:proofErr w:type="spellStart"/>
      <w:r>
        <w:t>المسؤول</w:t>
      </w:r>
      <w:proofErr w:type="spellEnd"/>
      <w:r>
        <w:t xml:space="preserve"> </w:t>
      </w:r>
      <w:proofErr w:type="spellStart"/>
      <w:r>
        <w:t>عن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، </w:t>
      </w:r>
      <w:proofErr w:type="spellStart"/>
      <w:r>
        <w:t>حيث</w:t>
      </w:r>
      <w:proofErr w:type="spellEnd"/>
      <w:r>
        <w:t xml:space="preserve"> </w:t>
      </w:r>
      <w:proofErr w:type="spellStart"/>
      <w:r>
        <w:t>سيتم</w:t>
      </w:r>
      <w:proofErr w:type="spellEnd"/>
      <w:r>
        <w:t xml:space="preserve"> </w:t>
      </w:r>
      <w:proofErr w:type="spellStart"/>
      <w:r>
        <w:t>شرح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المعلومات</w:t>
      </w:r>
      <w:proofErr w:type="spellEnd"/>
      <w:r>
        <w:t xml:space="preserve"> </w:t>
      </w:r>
      <w:proofErr w:type="spellStart"/>
      <w:r>
        <w:t>بشكل</w:t>
      </w:r>
      <w:proofErr w:type="spellEnd"/>
      <w:r>
        <w:t xml:space="preserve"> </w:t>
      </w:r>
      <w:proofErr w:type="spellStart"/>
      <w:r>
        <w:t>مفصل</w:t>
      </w:r>
      <w:proofErr w:type="spellEnd"/>
      <w:r>
        <w:t xml:space="preserve">، </w:t>
      </w:r>
      <w:proofErr w:type="spellStart"/>
      <w:r>
        <w:t>ويمكنك</w:t>
      </w:r>
      <w:proofErr w:type="spellEnd"/>
      <w:r>
        <w:t xml:space="preserve"> </w:t>
      </w:r>
      <w:proofErr w:type="spellStart"/>
      <w:r>
        <w:t>طرح</w:t>
      </w:r>
      <w:proofErr w:type="spellEnd"/>
      <w:r>
        <w:t xml:space="preserve"> </w:t>
      </w:r>
      <w:proofErr w:type="spellStart"/>
      <w:r>
        <w:t>أي</w:t>
      </w:r>
      <w:proofErr w:type="spellEnd"/>
      <w:r>
        <w:t xml:space="preserve"> </w:t>
      </w:r>
      <w:proofErr w:type="spellStart"/>
      <w:r>
        <w:t>أسئلة</w:t>
      </w:r>
      <w:proofErr w:type="spellEnd"/>
      <w:r>
        <w:t xml:space="preserve"> </w:t>
      </w:r>
      <w:proofErr w:type="spellStart"/>
      <w:r>
        <w:t>لديك</w:t>
      </w:r>
      <w:proofErr w:type="spellEnd"/>
      <w:r w:rsidR="00DA3A6D" w:rsidRPr="00DA3A6D">
        <w:rPr>
          <w:rtl/>
        </w:rPr>
        <w:t>۔</w:t>
      </w:r>
      <w:r>
        <w:br/>
      </w:r>
      <w:proofErr w:type="spellStart"/>
      <w:r>
        <w:t>يحق</w:t>
      </w:r>
      <w:proofErr w:type="spellEnd"/>
      <w:r>
        <w:t xml:space="preserve"> </w:t>
      </w:r>
      <w:proofErr w:type="spellStart"/>
      <w:r>
        <w:t>لك</w:t>
      </w:r>
      <w:proofErr w:type="spellEnd"/>
      <w:r>
        <w:t xml:space="preserve"> </w:t>
      </w:r>
      <w:proofErr w:type="spellStart"/>
      <w:r>
        <w:t>اصطحاب</w:t>
      </w:r>
      <w:proofErr w:type="spellEnd"/>
      <w:r>
        <w:t xml:space="preserve"> </w:t>
      </w:r>
      <w:proofErr w:type="spellStart"/>
      <w:r>
        <w:t>أحد</w:t>
      </w:r>
      <w:proofErr w:type="spellEnd"/>
      <w:r>
        <w:t xml:space="preserve"> </w:t>
      </w:r>
      <w:proofErr w:type="spellStart"/>
      <w:r>
        <w:t>أفراد</w:t>
      </w:r>
      <w:proofErr w:type="spellEnd"/>
      <w:r>
        <w:t xml:space="preserve"> </w:t>
      </w:r>
      <w:proofErr w:type="spellStart"/>
      <w:r>
        <w:t>العائلة</w:t>
      </w:r>
      <w:proofErr w:type="spellEnd"/>
      <w:r>
        <w:t xml:space="preserve"> </w:t>
      </w:r>
      <w:proofErr w:type="spellStart"/>
      <w:r>
        <w:t>أو</w:t>
      </w:r>
      <w:proofErr w:type="spellEnd"/>
      <w:r>
        <w:t xml:space="preserve"> </w:t>
      </w:r>
      <w:proofErr w:type="spellStart"/>
      <w:r>
        <w:t>صديق</w:t>
      </w:r>
      <w:proofErr w:type="spellEnd"/>
      <w:r>
        <w:t xml:space="preserve"> </w:t>
      </w:r>
      <w:proofErr w:type="spellStart"/>
      <w:r>
        <w:t>أو</w:t>
      </w:r>
      <w:proofErr w:type="spellEnd"/>
      <w:r>
        <w:t xml:space="preserve"> </w:t>
      </w:r>
      <w:proofErr w:type="spellStart"/>
      <w:r>
        <w:t>شخص</w:t>
      </w:r>
      <w:proofErr w:type="spellEnd"/>
      <w:r>
        <w:t xml:space="preserve"> </w:t>
      </w:r>
      <w:proofErr w:type="spellStart"/>
      <w:r>
        <w:t>تثق</w:t>
      </w:r>
      <w:proofErr w:type="spellEnd"/>
      <w:r>
        <w:t xml:space="preserve"> </w:t>
      </w:r>
      <w:proofErr w:type="spellStart"/>
      <w:r>
        <w:t>به</w:t>
      </w:r>
      <w:proofErr w:type="spellEnd"/>
      <w:r>
        <w:t xml:space="preserve"> </w:t>
      </w:r>
      <w:proofErr w:type="spellStart"/>
      <w:r>
        <w:t>إلى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المحادثة</w:t>
      </w:r>
      <w:proofErr w:type="spellEnd"/>
      <w:r w:rsidR="00E64111" w:rsidRPr="00E64111">
        <w:rPr>
          <w:rtl/>
        </w:rPr>
        <w:t>۔</w:t>
      </w:r>
    </w:p>
    <w:p w14:paraId="3434DC40" w14:textId="4AB1DCB9" w:rsidR="001C6CFD" w:rsidRDefault="00E33652" w:rsidP="00961E6F">
      <w:pPr>
        <w:bidi/>
      </w:pPr>
      <w:proofErr w:type="spellStart"/>
      <w:r>
        <w:t>إذا</w:t>
      </w:r>
      <w:proofErr w:type="spellEnd"/>
      <w:r>
        <w:t xml:space="preserve"> </w:t>
      </w:r>
      <w:proofErr w:type="spellStart"/>
      <w:r>
        <w:t>قررت</w:t>
      </w:r>
      <w:proofErr w:type="spellEnd"/>
      <w:r>
        <w:t xml:space="preserve"> </w:t>
      </w:r>
      <w:proofErr w:type="spellStart"/>
      <w:r>
        <w:t>الاستمرار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المشاركة</w:t>
      </w:r>
      <w:proofErr w:type="spellEnd"/>
      <w:r>
        <w:t xml:space="preserve">، </w:t>
      </w:r>
      <w:proofErr w:type="spellStart"/>
      <w:r>
        <w:t>سنطلب</w:t>
      </w:r>
      <w:proofErr w:type="spellEnd"/>
      <w:r>
        <w:t xml:space="preserve"> </w:t>
      </w:r>
      <w:proofErr w:type="spellStart"/>
      <w:r>
        <w:t>منك</w:t>
      </w:r>
      <w:proofErr w:type="spellEnd"/>
      <w:r>
        <w:t xml:space="preserve"> </w:t>
      </w:r>
      <w:proofErr w:type="spellStart"/>
      <w:r>
        <w:t>التوقيع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نموذج</w:t>
      </w:r>
      <w:proofErr w:type="spellEnd"/>
      <w:r>
        <w:t xml:space="preserve"> </w:t>
      </w:r>
      <w:proofErr w:type="spellStart"/>
      <w:r>
        <w:t>موافقة</w:t>
      </w:r>
      <w:proofErr w:type="spellEnd"/>
      <w:r>
        <w:t xml:space="preserve"> </w:t>
      </w:r>
      <w:proofErr w:type="spellStart"/>
      <w:r>
        <w:t>خطية</w:t>
      </w:r>
      <w:proofErr w:type="spellEnd"/>
      <w:r w:rsidR="00E64111" w:rsidRPr="00E64111">
        <w:rPr>
          <w:rtl/>
        </w:rPr>
        <w:t>۔</w:t>
      </w:r>
      <w:r>
        <w:br/>
      </w:r>
      <w:proofErr w:type="spellStart"/>
      <w:r>
        <w:t>يرجى</w:t>
      </w:r>
      <w:proofErr w:type="spellEnd"/>
      <w:r>
        <w:t xml:space="preserve"> </w:t>
      </w:r>
      <w:proofErr w:type="spellStart"/>
      <w:r>
        <w:t>ملاحظة</w:t>
      </w:r>
      <w:proofErr w:type="spellEnd"/>
      <w:r>
        <w:t xml:space="preserve"> </w:t>
      </w:r>
      <w:proofErr w:type="spellStart"/>
      <w:r>
        <w:t>أن</w:t>
      </w:r>
      <w:proofErr w:type="spellEnd"/>
      <w:r>
        <w:t xml:space="preserve"> </w:t>
      </w:r>
      <w:proofErr w:type="spellStart"/>
      <w:r>
        <w:t>لديك</w:t>
      </w:r>
      <w:proofErr w:type="spellEnd"/>
      <w:r>
        <w:t xml:space="preserve"> </w:t>
      </w:r>
      <w:proofErr w:type="spellStart"/>
      <w:r>
        <w:t>الحق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مهلة</w:t>
      </w:r>
      <w:proofErr w:type="spellEnd"/>
      <w:r>
        <w:t xml:space="preserve"> </w:t>
      </w:r>
      <w:proofErr w:type="spellStart"/>
      <w:r>
        <w:t>تفكير</w:t>
      </w:r>
      <w:proofErr w:type="spellEnd"/>
      <w:r>
        <w:t xml:space="preserve"> </w:t>
      </w:r>
      <w:proofErr w:type="spellStart"/>
      <w:r>
        <w:t>لا</w:t>
      </w:r>
      <w:proofErr w:type="spellEnd"/>
      <w:r>
        <w:t xml:space="preserve"> </w:t>
      </w:r>
      <w:proofErr w:type="spellStart"/>
      <w:r>
        <w:t>تقل</w:t>
      </w:r>
      <w:proofErr w:type="spellEnd"/>
      <w:r>
        <w:t xml:space="preserve"> </w:t>
      </w:r>
      <w:proofErr w:type="spellStart"/>
      <w:r>
        <w:t>عن</w:t>
      </w:r>
      <w:proofErr w:type="spellEnd"/>
      <w:r>
        <w:t xml:space="preserve"> 24 </w:t>
      </w:r>
      <w:proofErr w:type="spellStart"/>
      <w:r>
        <w:t>ساعة</w:t>
      </w:r>
      <w:proofErr w:type="spellEnd"/>
      <w:r>
        <w:t xml:space="preserve"> </w:t>
      </w:r>
      <w:proofErr w:type="spellStart"/>
      <w:r>
        <w:t>قبل</w:t>
      </w:r>
      <w:proofErr w:type="spellEnd"/>
      <w:r>
        <w:t xml:space="preserve"> </w:t>
      </w:r>
      <w:proofErr w:type="spellStart"/>
      <w:r>
        <w:t>اتخاذ</w:t>
      </w:r>
      <w:proofErr w:type="spellEnd"/>
      <w:r>
        <w:t xml:space="preserve"> </w:t>
      </w:r>
      <w:proofErr w:type="spellStart"/>
      <w:r>
        <w:t>قرارك</w:t>
      </w:r>
      <w:proofErr w:type="spellEnd"/>
      <w:r w:rsidR="00961E6F" w:rsidRPr="00961E6F">
        <w:rPr>
          <w:rtl/>
        </w:rPr>
        <w:t>۔</w:t>
      </w:r>
    </w:p>
    <w:p w14:paraId="6AF2573E" w14:textId="3C0FDFEF" w:rsidR="001C6CFD" w:rsidRDefault="00E33652" w:rsidP="00D94B89">
      <w:pPr>
        <w:bidi/>
      </w:pPr>
      <w:proofErr w:type="spellStart"/>
      <w:r>
        <w:t>المشاركة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 </w:t>
      </w:r>
      <w:proofErr w:type="spellStart"/>
      <w:r>
        <w:t>طوعية</w:t>
      </w:r>
      <w:proofErr w:type="spellEnd"/>
      <w:r>
        <w:t xml:space="preserve"> </w:t>
      </w:r>
      <w:proofErr w:type="spellStart"/>
      <w:r>
        <w:t>تمامًا</w:t>
      </w:r>
      <w:proofErr w:type="spellEnd"/>
      <w:r>
        <w:t xml:space="preserve">، </w:t>
      </w:r>
      <w:proofErr w:type="spellStart"/>
      <w:r>
        <w:t>ويمكنك</w:t>
      </w:r>
      <w:proofErr w:type="spellEnd"/>
      <w:r>
        <w:t xml:space="preserve"> </w:t>
      </w:r>
      <w:proofErr w:type="spellStart"/>
      <w:r>
        <w:t>رفض</w:t>
      </w:r>
      <w:proofErr w:type="spellEnd"/>
      <w:r>
        <w:t xml:space="preserve"> </w:t>
      </w:r>
      <w:proofErr w:type="spellStart"/>
      <w:r>
        <w:t>المشاركة</w:t>
      </w:r>
      <w:proofErr w:type="spellEnd"/>
      <w:r w:rsidR="00EE4B7F" w:rsidRPr="00EE4B7F">
        <w:rPr>
          <w:rtl/>
        </w:rPr>
        <w:t>۔</w:t>
      </w:r>
      <w:r>
        <w:br/>
      </w:r>
      <w:proofErr w:type="spellStart"/>
      <w:r>
        <w:t>كما</w:t>
      </w:r>
      <w:proofErr w:type="spellEnd"/>
      <w:r>
        <w:t xml:space="preserve"> </w:t>
      </w:r>
      <w:proofErr w:type="spellStart"/>
      <w:r>
        <w:t>يمكنك</w:t>
      </w:r>
      <w:proofErr w:type="spellEnd"/>
      <w:r>
        <w:t xml:space="preserve"> </w:t>
      </w:r>
      <w:proofErr w:type="spellStart"/>
      <w:r>
        <w:t>سحب</w:t>
      </w:r>
      <w:proofErr w:type="spellEnd"/>
      <w:r>
        <w:t xml:space="preserve"> </w:t>
      </w:r>
      <w:proofErr w:type="spellStart"/>
      <w:r>
        <w:t>موافقتك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أي</w:t>
      </w:r>
      <w:proofErr w:type="spellEnd"/>
      <w:r>
        <w:t xml:space="preserve"> </w:t>
      </w:r>
      <w:proofErr w:type="spellStart"/>
      <w:r>
        <w:t>وقت</w:t>
      </w:r>
      <w:proofErr w:type="spellEnd"/>
      <w:r>
        <w:t xml:space="preserve"> </w:t>
      </w:r>
      <w:proofErr w:type="spellStart"/>
      <w:r>
        <w:t>ودون</w:t>
      </w:r>
      <w:proofErr w:type="spellEnd"/>
      <w:r>
        <w:t xml:space="preserve"> </w:t>
      </w:r>
      <w:proofErr w:type="spellStart"/>
      <w:r>
        <w:t>إبداء</w:t>
      </w:r>
      <w:proofErr w:type="spellEnd"/>
      <w:r>
        <w:t xml:space="preserve"> </w:t>
      </w:r>
      <w:proofErr w:type="spellStart"/>
      <w:r>
        <w:t>سبب</w:t>
      </w:r>
      <w:proofErr w:type="spellEnd"/>
      <w:r>
        <w:t xml:space="preserve">، </w:t>
      </w:r>
      <w:proofErr w:type="spellStart"/>
      <w:r>
        <w:t>ولن</w:t>
      </w:r>
      <w:proofErr w:type="spellEnd"/>
      <w:r>
        <w:t xml:space="preserve"> </w:t>
      </w:r>
      <w:proofErr w:type="spellStart"/>
      <w:r>
        <w:t>يؤثر</w:t>
      </w:r>
      <w:proofErr w:type="spellEnd"/>
      <w:r>
        <w:t xml:space="preserve"> </w:t>
      </w:r>
      <w:proofErr w:type="spellStart"/>
      <w:r>
        <w:t>ذلك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علاجك</w:t>
      </w:r>
      <w:proofErr w:type="spellEnd"/>
      <w:r>
        <w:t xml:space="preserve"> </w:t>
      </w:r>
      <w:proofErr w:type="spellStart"/>
      <w:r>
        <w:t>الحالي</w:t>
      </w:r>
      <w:proofErr w:type="spellEnd"/>
      <w:r>
        <w:t xml:space="preserve"> </w:t>
      </w:r>
      <w:proofErr w:type="spellStart"/>
      <w:r>
        <w:t>أو</w:t>
      </w:r>
      <w:proofErr w:type="spellEnd"/>
      <w:r>
        <w:t xml:space="preserve"> </w:t>
      </w:r>
      <w:proofErr w:type="spellStart"/>
      <w:r>
        <w:t>المستقبلي</w:t>
      </w:r>
      <w:proofErr w:type="spellEnd"/>
      <w:r w:rsidR="00D94B89" w:rsidRPr="00D94B89">
        <w:rPr>
          <w:rtl/>
        </w:rPr>
        <w:t>۔</w:t>
      </w:r>
    </w:p>
    <w:p w14:paraId="241E0692" w14:textId="77777777" w:rsidR="00730B36" w:rsidRDefault="00730B36" w:rsidP="00730B36">
      <w:pPr>
        <w:bidi/>
      </w:pPr>
    </w:p>
    <w:p w14:paraId="3184AF5F" w14:textId="4A48A23B" w:rsidR="00357542" w:rsidRDefault="00357542" w:rsidP="00357542">
      <w:pPr>
        <w:bidi/>
        <w:jc w:val="center"/>
      </w:pPr>
      <w:r w:rsidRPr="00FD07A9">
        <w:rPr>
          <w:noProof/>
        </w:rPr>
        <w:lastRenderedPageBreak/>
        <w:drawing>
          <wp:inline distT="0" distB="0" distL="0" distR="0" wp14:anchorId="5F849FA7" wp14:editId="7DEDAAEC">
            <wp:extent cx="1472540" cy="474958"/>
            <wp:effectExtent l="0" t="0" r="0" b="1905"/>
            <wp:docPr id="1059422845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72" cy="48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9D71D" w14:textId="5D84D232" w:rsidR="001C6CFD" w:rsidRPr="00357542" w:rsidRDefault="00E33652" w:rsidP="00CD3BD3">
      <w:pPr>
        <w:bidi/>
        <w:rPr>
          <w:b/>
          <w:bCs/>
        </w:rPr>
      </w:pPr>
      <w:proofErr w:type="spellStart"/>
      <w:r w:rsidRPr="00730B36">
        <w:rPr>
          <w:b/>
          <w:bCs/>
        </w:rPr>
        <w:t>الخلفية</w:t>
      </w:r>
      <w:proofErr w:type="spellEnd"/>
      <w:r>
        <w:br/>
      </w:r>
      <w:proofErr w:type="spellStart"/>
      <w:r>
        <w:t>الإنتان</w:t>
      </w:r>
      <w:proofErr w:type="spellEnd"/>
      <w:r>
        <w:t xml:space="preserve"> </w:t>
      </w:r>
      <w:r w:rsidR="00970CAE">
        <w:t>)</w:t>
      </w:r>
      <w:proofErr w:type="spellStart"/>
      <w:r>
        <w:t>تعفن</w:t>
      </w:r>
      <w:proofErr w:type="spellEnd"/>
      <w:r>
        <w:t xml:space="preserve"> </w:t>
      </w:r>
      <w:proofErr w:type="spellStart"/>
      <w:r>
        <w:t>الدم</w:t>
      </w:r>
      <w:proofErr w:type="spellEnd"/>
      <w:r w:rsidR="00970CAE">
        <w:t>(</w:t>
      </w:r>
      <w:r>
        <w:t xml:space="preserve"> </w:t>
      </w:r>
      <w:proofErr w:type="spellStart"/>
      <w:r>
        <w:t>هو</w:t>
      </w:r>
      <w:proofErr w:type="spellEnd"/>
      <w:r>
        <w:t xml:space="preserve"> </w:t>
      </w:r>
      <w:proofErr w:type="spellStart"/>
      <w:r>
        <w:t>حالة</w:t>
      </w:r>
      <w:proofErr w:type="spellEnd"/>
      <w:r>
        <w:t xml:space="preserve"> </w:t>
      </w:r>
      <w:proofErr w:type="spellStart"/>
      <w:r>
        <w:t>مهددة</w:t>
      </w:r>
      <w:proofErr w:type="spellEnd"/>
      <w:r>
        <w:t xml:space="preserve"> </w:t>
      </w:r>
      <w:proofErr w:type="spellStart"/>
      <w:r>
        <w:t>للحياة</w:t>
      </w:r>
      <w:proofErr w:type="spellEnd"/>
      <w:r>
        <w:t xml:space="preserve"> </w:t>
      </w:r>
      <w:proofErr w:type="spellStart"/>
      <w:r>
        <w:t>يمكن</w:t>
      </w:r>
      <w:proofErr w:type="spellEnd"/>
      <w:r>
        <w:t xml:space="preserve"> </w:t>
      </w:r>
      <w:proofErr w:type="spellStart"/>
      <w:r>
        <w:t>أن</w:t>
      </w:r>
      <w:proofErr w:type="spellEnd"/>
      <w:r>
        <w:t xml:space="preserve"> </w:t>
      </w:r>
      <w:proofErr w:type="spellStart"/>
      <w:r>
        <w:t>تنشأ</w:t>
      </w:r>
      <w:proofErr w:type="spellEnd"/>
      <w:r>
        <w:t xml:space="preserve"> </w:t>
      </w:r>
      <w:proofErr w:type="spellStart"/>
      <w:r>
        <w:t>نتيجة</w:t>
      </w:r>
      <w:proofErr w:type="spellEnd"/>
      <w:r>
        <w:t xml:space="preserve"> </w:t>
      </w:r>
      <w:proofErr w:type="spellStart"/>
      <w:r>
        <w:t>عدوى</w:t>
      </w:r>
      <w:proofErr w:type="spellEnd"/>
      <w:r>
        <w:t xml:space="preserve"> </w:t>
      </w:r>
      <w:proofErr w:type="spellStart"/>
      <w:r>
        <w:t>شديدة</w:t>
      </w:r>
      <w:proofErr w:type="spellEnd"/>
      <w:r w:rsidR="00985B38" w:rsidRPr="00985B38">
        <w:rPr>
          <w:rtl/>
        </w:rPr>
        <w:t>۔</w:t>
      </w:r>
      <w:r>
        <w:br/>
      </w:r>
      <w:proofErr w:type="spellStart"/>
      <w:r>
        <w:t>يؤثر</w:t>
      </w:r>
      <w:proofErr w:type="spellEnd"/>
      <w:r>
        <w:t xml:space="preserve"> </w:t>
      </w:r>
      <w:proofErr w:type="spellStart"/>
      <w:r>
        <w:t>الإنتان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أعضاء</w:t>
      </w:r>
      <w:proofErr w:type="spellEnd"/>
      <w:r>
        <w:t xml:space="preserve"> </w:t>
      </w:r>
      <w:proofErr w:type="spellStart"/>
      <w:r>
        <w:t>الجسم</w:t>
      </w:r>
      <w:proofErr w:type="spellEnd"/>
      <w:r>
        <w:t xml:space="preserve"> </w:t>
      </w:r>
      <w:proofErr w:type="spellStart"/>
      <w:r>
        <w:t>وقد</w:t>
      </w:r>
      <w:proofErr w:type="spellEnd"/>
      <w:r>
        <w:t xml:space="preserve"> </w:t>
      </w:r>
      <w:proofErr w:type="spellStart"/>
      <w:r>
        <w:t>يؤدي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أسوأ</w:t>
      </w:r>
      <w:proofErr w:type="spellEnd"/>
      <w:r>
        <w:t xml:space="preserve"> </w:t>
      </w:r>
      <w:proofErr w:type="spellStart"/>
      <w:r>
        <w:t>الحالات</w:t>
      </w:r>
      <w:proofErr w:type="spellEnd"/>
      <w:r>
        <w:t xml:space="preserve"> </w:t>
      </w:r>
      <w:proofErr w:type="spellStart"/>
      <w:r>
        <w:t>إلى</w:t>
      </w:r>
      <w:proofErr w:type="spellEnd"/>
      <w:r>
        <w:t xml:space="preserve"> </w:t>
      </w:r>
      <w:proofErr w:type="spellStart"/>
      <w:r>
        <w:t>صدمة</w:t>
      </w:r>
      <w:proofErr w:type="spellEnd"/>
      <w:r>
        <w:t xml:space="preserve"> </w:t>
      </w:r>
      <w:proofErr w:type="spellStart"/>
      <w:r>
        <w:t>إنتانية</w:t>
      </w:r>
      <w:proofErr w:type="spellEnd"/>
      <w:r>
        <w:t xml:space="preserve">، </w:t>
      </w:r>
      <w:proofErr w:type="spellStart"/>
      <w:r>
        <w:t>تتميز</w:t>
      </w:r>
      <w:proofErr w:type="spellEnd"/>
      <w:r>
        <w:t xml:space="preserve"> </w:t>
      </w:r>
      <w:proofErr w:type="spellStart"/>
      <w:r>
        <w:t>بفشل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الدورة</w:t>
      </w:r>
      <w:proofErr w:type="spellEnd"/>
      <w:r>
        <w:t xml:space="preserve"> </w:t>
      </w:r>
      <w:proofErr w:type="spellStart"/>
      <w:r>
        <w:t>الدموية</w:t>
      </w:r>
      <w:proofErr w:type="spellEnd"/>
      <w:r>
        <w:t xml:space="preserve">  </w:t>
      </w:r>
      <w:r w:rsidR="007529AE" w:rsidRPr="007529AE">
        <w:rPr>
          <w:rtl/>
        </w:rPr>
        <w:t>۔</w:t>
      </w:r>
      <w:r>
        <w:br/>
      </w:r>
      <w:proofErr w:type="spellStart"/>
      <w:r>
        <w:t>العلاج</w:t>
      </w:r>
      <w:proofErr w:type="spellEnd"/>
      <w:r>
        <w:t xml:space="preserve"> </w:t>
      </w:r>
      <w:proofErr w:type="spellStart"/>
      <w:r>
        <w:t>بالمضادات</w:t>
      </w:r>
      <w:proofErr w:type="spellEnd"/>
      <w:r>
        <w:t xml:space="preserve"> </w:t>
      </w:r>
      <w:proofErr w:type="spellStart"/>
      <w:r>
        <w:t>الحيوية</w:t>
      </w:r>
      <w:proofErr w:type="spellEnd"/>
      <w:r>
        <w:t xml:space="preserve"> </w:t>
      </w:r>
      <w:proofErr w:type="spellStart"/>
      <w:r>
        <w:t>واسعة</w:t>
      </w:r>
      <w:proofErr w:type="spellEnd"/>
      <w:r>
        <w:t xml:space="preserve"> </w:t>
      </w:r>
      <w:proofErr w:type="spellStart"/>
      <w:r>
        <w:t>الطيف</w:t>
      </w:r>
      <w:proofErr w:type="spellEnd"/>
      <w:r>
        <w:t xml:space="preserve"> </w:t>
      </w:r>
      <w:proofErr w:type="spellStart"/>
      <w:r>
        <w:t>هو</w:t>
      </w:r>
      <w:proofErr w:type="spellEnd"/>
      <w:r>
        <w:t xml:space="preserve"> </w:t>
      </w:r>
      <w:proofErr w:type="spellStart"/>
      <w:r>
        <w:t>العلاج</w:t>
      </w:r>
      <w:proofErr w:type="spellEnd"/>
      <w:r>
        <w:t xml:space="preserve"> </w:t>
      </w:r>
      <w:proofErr w:type="spellStart"/>
      <w:r>
        <w:t>القياسي</w:t>
      </w:r>
      <w:proofErr w:type="spellEnd"/>
      <w:r>
        <w:t xml:space="preserve"> </w:t>
      </w:r>
      <w:proofErr w:type="spellStart"/>
      <w:r>
        <w:t>للمرضى</w:t>
      </w:r>
      <w:proofErr w:type="spellEnd"/>
      <w:r>
        <w:t xml:space="preserve"> </w:t>
      </w:r>
      <w:proofErr w:type="spellStart"/>
      <w:r>
        <w:t>المنوّمين</w:t>
      </w:r>
      <w:proofErr w:type="spellEnd"/>
      <w:r>
        <w:t xml:space="preserve"> </w:t>
      </w:r>
      <w:proofErr w:type="spellStart"/>
      <w:r>
        <w:t>المصابين</w:t>
      </w:r>
      <w:proofErr w:type="spellEnd"/>
      <w:r>
        <w:t xml:space="preserve"> </w:t>
      </w:r>
      <w:proofErr w:type="spellStart"/>
      <w:r>
        <w:t>بالإنتان</w:t>
      </w:r>
      <w:proofErr w:type="spellEnd"/>
      <w:r>
        <w:t xml:space="preserve">، </w:t>
      </w:r>
      <w:proofErr w:type="spellStart"/>
      <w:r>
        <w:t>لأنه</w:t>
      </w:r>
      <w:proofErr w:type="spellEnd"/>
      <w:r>
        <w:t xml:space="preserve"> </w:t>
      </w:r>
      <w:proofErr w:type="spellStart"/>
      <w:r>
        <w:t>يزيد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فرص</w:t>
      </w:r>
      <w:proofErr w:type="spellEnd"/>
      <w:r>
        <w:t xml:space="preserve"> </w:t>
      </w:r>
      <w:proofErr w:type="spellStart"/>
      <w:r>
        <w:t>البقاء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قيد</w:t>
      </w:r>
      <w:proofErr w:type="spellEnd"/>
      <w:r>
        <w:t xml:space="preserve"> </w:t>
      </w:r>
      <w:proofErr w:type="spellStart"/>
      <w:r>
        <w:t>الحياة</w:t>
      </w:r>
      <w:proofErr w:type="spellEnd"/>
      <w:r w:rsidR="00CD3BD3" w:rsidRPr="00CD3BD3">
        <w:rPr>
          <w:rtl/>
        </w:rPr>
        <w:t>۔</w:t>
      </w:r>
    </w:p>
    <w:p w14:paraId="0A8E5B77" w14:textId="1EF3906B" w:rsidR="001C6CFD" w:rsidRDefault="00E33652" w:rsidP="005C21B7">
      <w:pPr>
        <w:bidi/>
      </w:pPr>
      <w:proofErr w:type="spellStart"/>
      <w:r>
        <w:t>يعتم</w:t>
      </w:r>
      <w:proofErr w:type="spellEnd"/>
      <w:r w:rsidR="0052160A">
        <w:t xml:space="preserve"> </w:t>
      </w:r>
      <w:r>
        <w:t xml:space="preserve">د </w:t>
      </w:r>
      <w:proofErr w:type="spellStart"/>
      <w:r>
        <w:t>اختيار</w:t>
      </w:r>
      <w:proofErr w:type="spellEnd"/>
      <w:r>
        <w:t xml:space="preserve"> </w:t>
      </w:r>
      <w:proofErr w:type="spellStart"/>
      <w:r>
        <w:t>نوع</w:t>
      </w:r>
      <w:proofErr w:type="spellEnd"/>
      <w:r>
        <w:t xml:space="preserve"> </w:t>
      </w:r>
      <w:proofErr w:type="spellStart"/>
      <w:r>
        <w:t>المضاد</w:t>
      </w:r>
      <w:proofErr w:type="spellEnd"/>
      <w:r>
        <w:t xml:space="preserve"> </w:t>
      </w:r>
      <w:proofErr w:type="spellStart"/>
      <w:r>
        <w:t>الحيوي</w:t>
      </w:r>
      <w:proofErr w:type="spellEnd"/>
      <w:r>
        <w:t xml:space="preserve"> </w:t>
      </w:r>
      <w:proofErr w:type="spellStart"/>
      <w:r>
        <w:t>واسع</w:t>
      </w:r>
      <w:proofErr w:type="spellEnd"/>
      <w:r>
        <w:t xml:space="preserve"> </w:t>
      </w:r>
      <w:proofErr w:type="spellStart"/>
      <w:r>
        <w:t>الطيف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عدة</w:t>
      </w:r>
      <w:proofErr w:type="spellEnd"/>
      <w:r>
        <w:t xml:space="preserve"> </w:t>
      </w:r>
      <w:proofErr w:type="spellStart"/>
      <w:r>
        <w:t>عوامل</w:t>
      </w:r>
      <w:proofErr w:type="spellEnd"/>
      <w:r>
        <w:t xml:space="preserve">، </w:t>
      </w:r>
      <w:proofErr w:type="spellStart"/>
      <w:r>
        <w:t>مثل</w:t>
      </w:r>
      <w:proofErr w:type="spellEnd"/>
      <w:r>
        <w:t xml:space="preserve"> </w:t>
      </w:r>
      <w:proofErr w:type="spellStart"/>
      <w:r>
        <w:t>نوع</w:t>
      </w:r>
      <w:proofErr w:type="spellEnd"/>
      <w:r>
        <w:t xml:space="preserve"> </w:t>
      </w:r>
      <w:proofErr w:type="spellStart"/>
      <w:r>
        <w:t>العدوى</w:t>
      </w:r>
      <w:proofErr w:type="spellEnd"/>
      <w:r>
        <w:t xml:space="preserve">، </w:t>
      </w:r>
      <w:proofErr w:type="spellStart"/>
      <w:r>
        <w:t>والأمراض</w:t>
      </w:r>
      <w:proofErr w:type="spellEnd"/>
      <w:r>
        <w:t xml:space="preserve"> </w:t>
      </w:r>
      <w:proofErr w:type="spellStart"/>
      <w:r>
        <w:t>المصاحبة</w:t>
      </w:r>
      <w:proofErr w:type="spellEnd"/>
      <w:r>
        <w:t xml:space="preserve">، </w:t>
      </w:r>
      <w:proofErr w:type="spellStart"/>
      <w:r>
        <w:t>وحساسية</w:t>
      </w:r>
      <w:proofErr w:type="spellEnd"/>
      <w:r>
        <w:t xml:space="preserve"> </w:t>
      </w:r>
      <w:proofErr w:type="spellStart"/>
      <w:r>
        <w:t>البكتيريا</w:t>
      </w:r>
      <w:proofErr w:type="spellEnd"/>
      <w:r>
        <w:t xml:space="preserve"> </w:t>
      </w:r>
      <w:proofErr w:type="spellStart"/>
      <w:r>
        <w:t>المتوقعة</w:t>
      </w:r>
      <w:proofErr w:type="spellEnd"/>
      <w:r>
        <w:t xml:space="preserve"> </w:t>
      </w:r>
      <w:proofErr w:type="spellStart"/>
      <w:r>
        <w:t>للمضادات</w:t>
      </w:r>
      <w:proofErr w:type="spellEnd"/>
      <w:r>
        <w:t xml:space="preserve"> </w:t>
      </w:r>
      <w:proofErr w:type="spellStart"/>
      <w:r>
        <w:t>الحيوية</w:t>
      </w:r>
      <w:proofErr w:type="spellEnd"/>
      <w:r>
        <w:t xml:space="preserve">  </w:t>
      </w:r>
      <w:r w:rsidR="00026247" w:rsidRPr="00026247">
        <w:rPr>
          <w:rtl/>
        </w:rPr>
        <w:t>۔</w:t>
      </w:r>
      <w:r>
        <w:br/>
      </w:r>
      <w:proofErr w:type="spellStart"/>
      <w:r>
        <w:t>يعالج</w:t>
      </w:r>
      <w:proofErr w:type="spellEnd"/>
      <w:r>
        <w:t xml:space="preserve"> </w:t>
      </w:r>
      <w:proofErr w:type="spellStart"/>
      <w:r>
        <w:t>معظم</w:t>
      </w:r>
      <w:proofErr w:type="spellEnd"/>
      <w:r>
        <w:t xml:space="preserve"> </w:t>
      </w:r>
      <w:proofErr w:type="spellStart"/>
      <w:r>
        <w:t>المرضى</w:t>
      </w:r>
      <w:proofErr w:type="spellEnd"/>
      <w:r>
        <w:t xml:space="preserve"> </w:t>
      </w:r>
      <w:proofErr w:type="spellStart"/>
      <w:r>
        <w:t>بأحد</w:t>
      </w:r>
      <w:proofErr w:type="spellEnd"/>
      <w:r>
        <w:t xml:space="preserve"> </w:t>
      </w:r>
      <w:proofErr w:type="spellStart"/>
      <w:r>
        <w:t>المضادين</w:t>
      </w:r>
      <w:proofErr w:type="spellEnd"/>
      <w:r>
        <w:t xml:space="preserve"> </w:t>
      </w:r>
      <w:proofErr w:type="spellStart"/>
      <w:r>
        <w:t>التاليين</w:t>
      </w:r>
      <w:proofErr w:type="spellEnd"/>
      <w:r>
        <w:t xml:space="preserve">: </w:t>
      </w:r>
      <w:proofErr w:type="spellStart"/>
      <w:r>
        <w:t>بيبيراسيلين</w:t>
      </w:r>
      <w:proofErr w:type="spellEnd"/>
      <w:r>
        <w:t>/</w:t>
      </w:r>
      <w:proofErr w:type="spellStart"/>
      <w:r>
        <w:t>تازوباكتام</w:t>
      </w:r>
      <w:proofErr w:type="spellEnd"/>
      <w:r>
        <w:t xml:space="preserve"> </w:t>
      </w:r>
      <w:proofErr w:type="spellStart"/>
      <w:r>
        <w:t>أو</w:t>
      </w:r>
      <w:proofErr w:type="spellEnd"/>
      <w:r>
        <w:t xml:space="preserve"> </w:t>
      </w:r>
      <w:proofErr w:type="spellStart"/>
      <w:r>
        <w:t>ميروبينيم</w:t>
      </w:r>
      <w:proofErr w:type="spellEnd"/>
      <w:r>
        <w:t xml:space="preserve">، </w:t>
      </w:r>
      <w:proofErr w:type="spellStart"/>
      <w:r>
        <w:t>ولكن</w:t>
      </w:r>
      <w:proofErr w:type="spellEnd"/>
      <w:r>
        <w:t xml:space="preserve"> </w:t>
      </w:r>
      <w:proofErr w:type="spellStart"/>
      <w:r>
        <w:t>لا</w:t>
      </w:r>
      <w:proofErr w:type="spellEnd"/>
      <w:r>
        <w:t xml:space="preserve"> </w:t>
      </w:r>
      <w:proofErr w:type="spellStart"/>
      <w:r>
        <w:t>يُعرف</w:t>
      </w:r>
      <w:proofErr w:type="spellEnd"/>
      <w:r>
        <w:t xml:space="preserve"> </w:t>
      </w:r>
      <w:proofErr w:type="spellStart"/>
      <w:r>
        <w:t>حتى</w:t>
      </w:r>
      <w:proofErr w:type="spellEnd"/>
      <w:r>
        <w:t xml:space="preserve"> </w:t>
      </w:r>
      <w:proofErr w:type="spellStart"/>
      <w:r>
        <w:t>الآن</w:t>
      </w:r>
      <w:proofErr w:type="spellEnd"/>
      <w:r>
        <w:t xml:space="preserve"> </w:t>
      </w:r>
      <w:proofErr w:type="spellStart"/>
      <w:r>
        <w:t>أيهما</w:t>
      </w:r>
      <w:proofErr w:type="spellEnd"/>
      <w:r>
        <w:t xml:space="preserve"> </w:t>
      </w:r>
      <w:proofErr w:type="spellStart"/>
      <w:r>
        <w:t>أفضل</w:t>
      </w:r>
      <w:proofErr w:type="spellEnd"/>
      <w:r>
        <w:t xml:space="preserve"> </w:t>
      </w:r>
      <w:proofErr w:type="spellStart"/>
      <w:r>
        <w:t>وأقل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حيث</w:t>
      </w:r>
      <w:proofErr w:type="spellEnd"/>
      <w:r>
        <w:t xml:space="preserve"> </w:t>
      </w:r>
      <w:proofErr w:type="spellStart"/>
      <w:r>
        <w:t>الآثار</w:t>
      </w:r>
      <w:proofErr w:type="spellEnd"/>
      <w:r>
        <w:t xml:space="preserve"> </w:t>
      </w:r>
      <w:proofErr w:type="spellStart"/>
      <w:r>
        <w:t>الجانبية</w:t>
      </w:r>
      <w:proofErr w:type="spellEnd"/>
      <w:r w:rsidR="005C21B7" w:rsidRPr="005C21B7">
        <w:rPr>
          <w:rtl/>
        </w:rPr>
        <w:t>۔</w:t>
      </w:r>
    </w:p>
    <w:p w14:paraId="12579550" w14:textId="3D803DB2" w:rsidR="001C6CFD" w:rsidRDefault="00E33652" w:rsidP="005C2680">
      <w:pPr>
        <w:bidi/>
      </w:pPr>
      <w:proofErr w:type="spellStart"/>
      <w:r w:rsidRPr="00FD42C2">
        <w:rPr>
          <w:b/>
          <w:bCs/>
        </w:rPr>
        <w:t>هدف</w:t>
      </w:r>
      <w:proofErr w:type="spellEnd"/>
      <w:r w:rsidRPr="00FD42C2">
        <w:rPr>
          <w:b/>
          <w:bCs/>
        </w:rPr>
        <w:t xml:space="preserve"> </w:t>
      </w:r>
      <w:proofErr w:type="spellStart"/>
      <w:r w:rsidRPr="00FD42C2">
        <w:rPr>
          <w:b/>
          <w:bCs/>
        </w:rPr>
        <w:t>الدراسة</w:t>
      </w:r>
      <w:proofErr w:type="spellEnd"/>
      <w:r>
        <w:br/>
      </w:r>
      <w:proofErr w:type="spellStart"/>
      <w:r>
        <w:t>تهدف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 </w:t>
      </w:r>
      <w:proofErr w:type="spellStart"/>
      <w:r>
        <w:t>إلى</w:t>
      </w:r>
      <w:proofErr w:type="spellEnd"/>
      <w:r>
        <w:t xml:space="preserve"> </w:t>
      </w:r>
      <w:proofErr w:type="spellStart"/>
      <w:r>
        <w:t>معرفة</w:t>
      </w:r>
      <w:proofErr w:type="spellEnd"/>
      <w:r>
        <w:t xml:space="preserve"> </w:t>
      </w:r>
      <w:proofErr w:type="spellStart"/>
      <w:r>
        <w:t>ما</w:t>
      </w:r>
      <w:proofErr w:type="spellEnd"/>
      <w:r>
        <w:t xml:space="preserve"> </w:t>
      </w:r>
      <w:proofErr w:type="spellStart"/>
      <w:r>
        <w:t>إذا</w:t>
      </w:r>
      <w:proofErr w:type="spellEnd"/>
      <w:r>
        <w:t xml:space="preserve"> </w:t>
      </w:r>
      <w:proofErr w:type="spellStart"/>
      <w:r>
        <w:t>كان</w:t>
      </w:r>
      <w:proofErr w:type="spellEnd"/>
      <w:r>
        <w:t xml:space="preserve"> </w:t>
      </w:r>
      <w:proofErr w:type="spellStart"/>
      <w:r>
        <w:t>العلاج</w:t>
      </w:r>
      <w:proofErr w:type="spellEnd"/>
      <w:r>
        <w:t xml:space="preserve"> </w:t>
      </w:r>
      <w:proofErr w:type="spellStart"/>
      <w:r>
        <w:t>بالميروبينيم</w:t>
      </w:r>
      <w:proofErr w:type="spellEnd"/>
      <w:r>
        <w:t xml:space="preserve"> </w:t>
      </w:r>
      <w:proofErr w:type="spellStart"/>
      <w:r>
        <w:t>مقارنة</w:t>
      </w:r>
      <w:proofErr w:type="spellEnd"/>
      <w:r>
        <w:t xml:space="preserve"> </w:t>
      </w:r>
      <w:proofErr w:type="spellStart"/>
      <w:r>
        <w:t>بالبيبيراسيلين</w:t>
      </w:r>
      <w:proofErr w:type="spellEnd"/>
      <w:r>
        <w:t>/</w:t>
      </w:r>
      <w:proofErr w:type="spellStart"/>
      <w:r>
        <w:t>تازوباكتام</w:t>
      </w:r>
      <w:proofErr w:type="spellEnd"/>
      <w:r>
        <w:t xml:space="preserve"> </w:t>
      </w:r>
      <w:proofErr w:type="spellStart"/>
      <w:r>
        <w:t>يؤدي</w:t>
      </w:r>
      <w:proofErr w:type="spellEnd"/>
      <w:r>
        <w:t xml:space="preserve"> </w:t>
      </w:r>
      <w:proofErr w:type="spellStart"/>
      <w:r>
        <w:t>إلى</w:t>
      </w:r>
      <w:proofErr w:type="spellEnd"/>
      <w:r>
        <w:t xml:space="preserve"> </w:t>
      </w:r>
      <w:proofErr w:type="spellStart"/>
      <w:r>
        <w:t>زيادة</w:t>
      </w:r>
      <w:proofErr w:type="spellEnd"/>
      <w:r>
        <w:t xml:space="preserve"> </w:t>
      </w:r>
      <w:proofErr w:type="spellStart"/>
      <w:r>
        <w:t>فرص</w:t>
      </w:r>
      <w:proofErr w:type="spellEnd"/>
      <w:r>
        <w:t xml:space="preserve"> </w:t>
      </w:r>
      <w:proofErr w:type="spellStart"/>
      <w:r>
        <w:t>البقاء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قيد</w:t>
      </w:r>
      <w:proofErr w:type="spellEnd"/>
      <w:r>
        <w:t xml:space="preserve"> </w:t>
      </w:r>
      <w:proofErr w:type="spellStart"/>
      <w:r>
        <w:t>الحياة</w:t>
      </w:r>
      <w:proofErr w:type="spellEnd"/>
      <w:r>
        <w:t xml:space="preserve"> </w:t>
      </w:r>
      <w:proofErr w:type="spellStart"/>
      <w:r>
        <w:t>لدى</w:t>
      </w:r>
      <w:proofErr w:type="spellEnd"/>
      <w:r>
        <w:t xml:space="preserve"> </w:t>
      </w:r>
      <w:proofErr w:type="spellStart"/>
      <w:r>
        <w:t>المرضى</w:t>
      </w:r>
      <w:proofErr w:type="spellEnd"/>
      <w:r>
        <w:t xml:space="preserve"> </w:t>
      </w:r>
      <w:proofErr w:type="spellStart"/>
      <w:r>
        <w:t>المصابين</w:t>
      </w:r>
      <w:proofErr w:type="spellEnd"/>
      <w:r>
        <w:t xml:space="preserve"> </w:t>
      </w:r>
      <w:proofErr w:type="spellStart"/>
      <w:r>
        <w:t>بالإنتان</w:t>
      </w:r>
      <w:proofErr w:type="spellEnd"/>
      <w:r>
        <w:t xml:space="preserve"> </w:t>
      </w:r>
      <w:proofErr w:type="spellStart"/>
      <w:r>
        <w:t>والمرض</w:t>
      </w:r>
      <w:proofErr w:type="spellEnd"/>
      <w:r>
        <w:t xml:space="preserve"> </w:t>
      </w:r>
      <w:proofErr w:type="spellStart"/>
      <w:r>
        <w:t>الحرج</w:t>
      </w:r>
      <w:proofErr w:type="spellEnd"/>
      <w:r w:rsidR="005C2680" w:rsidRPr="005C2680">
        <w:rPr>
          <w:rtl/>
        </w:rPr>
        <w:t>۔</w:t>
      </w:r>
    </w:p>
    <w:p w14:paraId="4507D090" w14:textId="3A68FDA0" w:rsidR="001C6CFD" w:rsidRDefault="00E33652" w:rsidP="00391748">
      <w:pPr>
        <w:bidi/>
      </w:pPr>
      <w:proofErr w:type="spellStart"/>
      <w:r w:rsidRPr="00730B36">
        <w:rPr>
          <w:b/>
          <w:bCs/>
        </w:rPr>
        <w:t>الإجراءات</w:t>
      </w:r>
      <w:proofErr w:type="spellEnd"/>
      <w:r w:rsidRPr="00730B36">
        <w:rPr>
          <w:b/>
          <w:bCs/>
        </w:rPr>
        <w:t xml:space="preserve"> </w:t>
      </w:r>
      <w:proofErr w:type="spellStart"/>
      <w:r w:rsidRPr="00730B36">
        <w:rPr>
          <w:b/>
          <w:bCs/>
        </w:rPr>
        <w:t>العملية</w:t>
      </w:r>
      <w:proofErr w:type="spellEnd"/>
      <w:r>
        <w:br/>
      </w:r>
      <w:proofErr w:type="spellStart"/>
      <w:r>
        <w:t>تُجرى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مستشفيات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الدول</w:t>
      </w:r>
      <w:proofErr w:type="spellEnd"/>
      <w:r>
        <w:t xml:space="preserve"> </w:t>
      </w:r>
      <w:proofErr w:type="spellStart"/>
      <w:r>
        <w:t>الإسكندنافية</w:t>
      </w:r>
      <w:proofErr w:type="spellEnd"/>
      <w:r>
        <w:t xml:space="preserve"> </w:t>
      </w:r>
      <w:proofErr w:type="spellStart"/>
      <w:r>
        <w:t>وفي</w:t>
      </w:r>
      <w:proofErr w:type="spellEnd"/>
      <w:r>
        <w:t xml:space="preserve"> </w:t>
      </w:r>
      <w:proofErr w:type="spellStart"/>
      <w:r>
        <w:t>بقية</w:t>
      </w:r>
      <w:proofErr w:type="spellEnd"/>
      <w:r>
        <w:t xml:space="preserve"> </w:t>
      </w:r>
      <w:proofErr w:type="spellStart"/>
      <w:r>
        <w:t>أنحاء</w:t>
      </w:r>
      <w:proofErr w:type="spellEnd"/>
      <w:r>
        <w:t xml:space="preserve"> </w:t>
      </w:r>
      <w:proofErr w:type="spellStart"/>
      <w:r>
        <w:t>العالم</w:t>
      </w:r>
      <w:proofErr w:type="spellEnd"/>
      <w:r>
        <w:t xml:space="preserve">  </w:t>
      </w:r>
      <w:r w:rsidR="00AA3F0B" w:rsidRPr="00AA3F0B">
        <w:rPr>
          <w:rtl/>
        </w:rPr>
        <w:t>۔</w:t>
      </w:r>
      <w:r>
        <w:br/>
      </w:r>
      <w:proofErr w:type="spellStart"/>
      <w:r>
        <w:t>في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، </w:t>
      </w:r>
      <w:proofErr w:type="spellStart"/>
      <w:r>
        <w:t>تلقيت</w:t>
      </w:r>
      <w:proofErr w:type="spellEnd"/>
      <w:r>
        <w:t xml:space="preserve"> </w:t>
      </w:r>
      <w:proofErr w:type="spellStart"/>
      <w:r>
        <w:t>إما</w:t>
      </w:r>
      <w:proofErr w:type="spellEnd"/>
      <w:r>
        <w:t xml:space="preserve"> </w:t>
      </w:r>
      <w:proofErr w:type="spellStart"/>
      <w:r>
        <w:t>ميروبينيم</w:t>
      </w:r>
      <w:proofErr w:type="spellEnd"/>
      <w:r>
        <w:t xml:space="preserve"> </w:t>
      </w:r>
      <w:proofErr w:type="spellStart"/>
      <w:r>
        <w:t>أو</w:t>
      </w:r>
      <w:proofErr w:type="spellEnd"/>
      <w:r>
        <w:t xml:space="preserve"> </w:t>
      </w:r>
      <w:proofErr w:type="spellStart"/>
      <w:r>
        <w:t>بيبيراسيلين</w:t>
      </w:r>
      <w:proofErr w:type="spellEnd"/>
      <w:r>
        <w:t>/</w:t>
      </w:r>
      <w:proofErr w:type="spellStart"/>
      <w:r>
        <w:t>تازوباكتام</w:t>
      </w:r>
      <w:proofErr w:type="spellEnd"/>
      <w:r>
        <w:t xml:space="preserve"> </w:t>
      </w:r>
      <w:proofErr w:type="spellStart"/>
      <w:r>
        <w:t>وفقًا</w:t>
      </w:r>
      <w:proofErr w:type="spellEnd"/>
      <w:r>
        <w:t xml:space="preserve"> </w:t>
      </w:r>
      <w:proofErr w:type="spellStart"/>
      <w:r>
        <w:t>للإرشادات</w:t>
      </w:r>
      <w:proofErr w:type="spellEnd"/>
      <w:r>
        <w:t xml:space="preserve"> </w:t>
      </w:r>
      <w:proofErr w:type="spellStart"/>
      <w:r>
        <w:t>الوطنية</w:t>
      </w:r>
      <w:proofErr w:type="spellEnd"/>
      <w:r>
        <w:t xml:space="preserve"> </w:t>
      </w:r>
      <w:proofErr w:type="spellStart"/>
      <w:r>
        <w:t>والدولية</w:t>
      </w:r>
      <w:proofErr w:type="spellEnd"/>
      <w:r>
        <w:t xml:space="preserve"> </w:t>
      </w:r>
      <w:proofErr w:type="spellStart"/>
      <w:r>
        <w:t>المعتمدة</w:t>
      </w:r>
      <w:proofErr w:type="spellEnd"/>
      <w:r>
        <w:t xml:space="preserve"> </w:t>
      </w:r>
      <w:proofErr w:type="spellStart"/>
      <w:r>
        <w:t>لعلاج</w:t>
      </w:r>
      <w:proofErr w:type="spellEnd"/>
      <w:r>
        <w:t xml:space="preserve"> </w:t>
      </w:r>
      <w:proofErr w:type="spellStart"/>
      <w:r>
        <w:t>الإنتان</w:t>
      </w:r>
      <w:proofErr w:type="spellEnd"/>
      <w:r>
        <w:t xml:space="preserve">  </w:t>
      </w:r>
      <w:r w:rsidR="00F818D8" w:rsidRPr="00F818D8">
        <w:rPr>
          <w:rtl/>
        </w:rPr>
        <w:t>۔</w:t>
      </w:r>
      <w:r>
        <w:br/>
      </w:r>
      <w:proofErr w:type="spellStart"/>
      <w:r>
        <w:t>تم</w:t>
      </w:r>
      <w:proofErr w:type="spellEnd"/>
      <w:r>
        <w:t xml:space="preserve"> </w:t>
      </w:r>
      <w:proofErr w:type="spellStart"/>
      <w:r>
        <w:t>تحديد</w:t>
      </w:r>
      <w:proofErr w:type="spellEnd"/>
      <w:r>
        <w:t xml:space="preserve"> </w:t>
      </w:r>
      <w:proofErr w:type="spellStart"/>
      <w:r>
        <w:t>نوع</w:t>
      </w:r>
      <w:proofErr w:type="spellEnd"/>
      <w:r>
        <w:t xml:space="preserve"> </w:t>
      </w:r>
      <w:proofErr w:type="spellStart"/>
      <w:r>
        <w:t>العلاج</w:t>
      </w:r>
      <w:proofErr w:type="spellEnd"/>
      <w:r>
        <w:t xml:space="preserve"> </w:t>
      </w:r>
      <w:proofErr w:type="spellStart"/>
      <w:r>
        <w:t>الذي</w:t>
      </w:r>
      <w:proofErr w:type="spellEnd"/>
      <w:r>
        <w:t xml:space="preserve"> </w:t>
      </w:r>
      <w:proofErr w:type="spellStart"/>
      <w:r>
        <w:t>تلقيته</w:t>
      </w:r>
      <w:proofErr w:type="spellEnd"/>
      <w:r>
        <w:t xml:space="preserve"> </w:t>
      </w:r>
      <w:proofErr w:type="spellStart"/>
      <w:r>
        <w:t>بشكل</w:t>
      </w:r>
      <w:proofErr w:type="spellEnd"/>
      <w:r>
        <w:t xml:space="preserve"> </w:t>
      </w:r>
      <w:proofErr w:type="spellStart"/>
      <w:r>
        <w:t>عشوائي</w:t>
      </w:r>
      <w:proofErr w:type="spellEnd"/>
      <w:r w:rsidR="00391748" w:rsidRPr="00391748">
        <w:rPr>
          <w:rtl/>
        </w:rPr>
        <w:t>۔</w:t>
      </w:r>
    </w:p>
    <w:p w14:paraId="57D90E7C" w14:textId="73E07DCB" w:rsidR="001C6CFD" w:rsidRDefault="00E33652" w:rsidP="002E7354">
      <w:pPr>
        <w:bidi/>
      </w:pPr>
      <w:proofErr w:type="spellStart"/>
      <w:r>
        <w:t>تلقيت</w:t>
      </w:r>
      <w:proofErr w:type="spellEnd"/>
      <w:r>
        <w:t xml:space="preserve"> </w:t>
      </w:r>
      <w:proofErr w:type="spellStart"/>
      <w:r>
        <w:t>العلاج</w:t>
      </w:r>
      <w:proofErr w:type="spellEnd"/>
      <w:r>
        <w:t xml:space="preserve"> </w:t>
      </w:r>
      <w:proofErr w:type="spellStart"/>
      <w:r>
        <w:t>بأحد</w:t>
      </w:r>
      <w:proofErr w:type="spellEnd"/>
      <w:r>
        <w:t xml:space="preserve"> </w:t>
      </w:r>
      <w:proofErr w:type="spellStart"/>
      <w:r>
        <w:t>هذين</w:t>
      </w:r>
      <w:proofErr w:type="spellEnd"/>
      <w:r>
        <w:t xml:space="preserve"> </w:t>
      </w:r>
      <w:proofErr w:type="spellStart"/>
      <w:r>
        <w:t>المضادين</w:t>
      </w:r>
      <w:proofErr w:type="spellEnd"/>
      <w:r>
        <w:t xml:space="preserve"> </w:t>
      </w:r>
      <w:proofErr w:type="spellStart"/>
      <w:r>
        <w:t>الحيويين</w:t>
      </w:r>
      <w:proofErr w:type="spellEnd"/>
      <w:r>
        <w:t xml:space="preserve"> </w:t>
      </w:r>
      <w:proofErr w:type="spellStart"/>
      <w:r>
        <w:t>لمدة</w:t>
      </w:r>
      <w:proofErr w:type="spellEnd"/>
      <w:r>
        <w:t xml:space="preserve"> </w:t>
      </w:r>
      <w:proofErr w:type="spellStart"/>
      <w:r>
        <w:t>تصل</w:t>
      </w:r>
      <w:proofErr w:type="spellEnd"/>
      <w:r>
        <w:t xml:space="preserve"> </w:t>
      </w:r>
      <w:proofErr w:type="spellStart"/>
      <w:r>
        <w:t>إلى</w:t>
      </w:r>
      <w:proofErr w:type="spellEnd"/>
      <w:r>
        <w:t xml:space="preserve"> 30 </w:t>
      </w:r>
      <w:proofErr w:type="spellStart"/>
      <w:r>
        <w:t>يومًا</w:t>
      </w:r>
      <w:proofErr w:type="spellEnd"/>
      <w:r>
        <w:t xml:space="preserve">  </w:t>
      </w:r>
      <w:r w:rsidR="002E7354" w:rsidRPr="002E7354">
        <w:rPr>
          <w:rtl/>
        </w:rPr>
        <w:t>۔</w:t>
      </w:r>
      <w:r>
        <w:br/>
      </w:r>
      <w:proofErr w:type="spellStart"/>
      <w:r>
        <w:t>أثناء</w:t>
      </w:r>
      <w:proofErr w:type="spellEnd"/>
      <w:r>
        <w:t xml:space="preserve"> </w:t>
      </w:r>
      <w:proofErr w:type="spellStart"/>
      <w:r>
        <w:t>فترة</w:t>
      </w:r>
      <w:proofErr w:type="spellEnd"/>
      <w:r>
        <w:t xml:space="preserve"> </w:t>
      </w:r>
      <w:proofErr w:type="spellStart"/>
      <w:r>
        <w:t>إدخالك</w:t>
      </w:r>
      <w:proofErr w:type="spellEnd"/>
      <w:r>
        <w:t xml:space="preserve"> </w:t>
      </w:r>
      <w:proofErr w:type="spellStart"/>
      <w:r>
        <w:t>إلى</w:t>
      </w:r>
      <w:proofErr w:type="spellEnd"/>
      <w:r>
        <w:t xml:space="preserve"> </w:t>
      </w:r>
      <w:proofErr w:type="spellStart"/>
      <w:r>
        <w:t>المستشفى</w:t>
      </w:r>
      <w:proofErr w:type="spellEnd"/>
      <w:r>
        <w:t xml:space="preserve">، </w:t>
      </w:r>
      <w:proofErr w:type="spellStart"/>
      <w:r>
        <w:t>قمنا</w:t>
      </w:r>
      <w:proofErr w:type="spellEnd"/>
      <w:r>
        <w:t xml:space="preserve"> </w:t>
      </w:r>
      <w:proofErr w:type="spellStart"/>
      <w:r>
        <w:t>بجمع</w:t>
      </w:r>
      <w:proofErr w:type="spellEnd"/>
      <w:r>
        <w:t xml:space="preserve"> </w:t>
      </w:r>
      <w:proofErr w:type="spellStart"/>
      <w:r>
        <w:t>بيانات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ملفك</w:t>
      </w:r>
      <w:proofErr w:type="spellEnd"/>
      <w:r>
        <w:t xml:space="preserve"> </w:t>
      </w:r>
      <w:proofErr w:type="spellStart"/>
      <w:r>
        <w:t>الطبي</w:t>
      </w:r>
      <w:proofErr w:type="spellEnd"/>
      <w:r>
        <w:t xml:space="preserve"> </w:t>
      </w:r>
      <w:proofErr w:type="spellStart"/>
      <w:r>
        <w:t>تتعلق</w:t>
      </w:r>
      <w:proofErr w:type="spellEnd"/>
      <w:r>
        <w:t xml:space="preserve"> </w:t>
      </w:r>
      <w:proofErr w:type="spellStart"/>
      <w:r>
        <w:t>بحالتك</w:t>
      </w:r>
      <w:proofErr w:type="spellEnd"/>
      <w:r>
        <w:t xml:space="preserve"> </w:t>
      </w:r>
      <w:proofErr w:type="spellStart"/>
      <w:r>
        <w:t>الصحية</w:t>
      </w:r>
      <w:proofErr w:type="spellEnd"/>
      <w:r>
        <w:t xml:space="preserve"> </w:t>
      </w:r>
      <w:proofErr w:type="spellStart"/>
      <w:r>
        <w:t>قبل</w:t>
      </w:r>
      <w:proofErr w:type="spellEnd"/>
      <w:r>
        <w:t xml:space="preserve"> </w:t>
      </w:r>
      <w:proofErr w:type="spellStart"/>
      <w:r>
        <w:t>المرض</w:t>
      </w:r>
      <w:proofErr w:type="spellEnd"/>
      <w:r>
        <w:t xml:space="preserve">، </w:t>
      </w:r>
      <w:proofErr w:type="spellStart"/>
      <w:r>
        <w:t>وكذلك</w:t>
      </w:r>
      <w:proofErr w:type="spellEnd"/>
      <w:r>
        <w:t xml:space="preserve"> </w:t>
      </w:r>
      <w:proofErr w:type="spellStart"/>
      <w:r>
        <w:t>مسار</w:t>
      </w:r>
      <w:proofErr w:type="spellEnd"/>
      <w:r>
        <w:t xml:space="preserve"> </w:t>
      </w:r>
      <w:proofErr w:type="spellStart"/>
      <w:r>
        <w:t>المرض</w:t>
      </w:r>
      <w:proofErr w:type="spellEnd"/>
      <w:r>
        <w:t xml:space="preserve"> </w:t>
      </w:r>
      <w:proofErr w:type="spellStart"/>
      <w:r>
        <w:t>والعلاج</w:t>
      </w:r>
      <w:proofErr w:type="spellEnd"/>
      <w:r>
        <w:t xml:space="preserve"> </w:t>
      </w:r>
      <w:proofErr w:type="spellStart"/>
      <w:r>
        <w:t>أثناء</w:t>
      </w:r>
      <w:proofErr w:type="spellEnd"/>
      <w:r>
        <w:t xml:space="preserve"> </w:t>
      </w:r>
      <w:proofErr w:type="spellStart"/>
      <w:r>
        <w:t>الإقامة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المستشفى</w:t>
      </w:r>
      <w:proofErr w:type="spellEnd"/>
      <w:r>
        <w:t xml:space="preserve">  </w:t>
      </w:r>
      <w:r w:rsidR="002E7354" w:rsidRPr="002E7354">
        <w:rPr>
          <w:rtl/>
        </w:rPr>
        <w:t>۔</w:t>
      </w:r>
      <w:r>
        <w:br/>
      </w:r>
      <w:proofErr w:type="spellStart"/>
      <w:r>
        <w:t>نستخدم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البيانات</w:t>
      </w:r>
      <w:proofErr w:type="spellEnd"/>
      <w:r>
        <w:t xml:space="preserve"> </w:t>
      </w:r>
      <w:proofErr w:type="spellStart"/>
      <w:r>
        <w:t>لتقييم</w:t>
      </w:r>
      <w:proofErr w:type="spellEnd"/>
      <w:r>
        <w:t xml:space="preserve"> </w:t>
      </w:r>
      <w:proofErr w:type="spellStart"/>
      <w:r>
        <w:t>فعالية</w:t>
      </w:r>
      <w:proofErr w:type="spellEnd"/>
      <w:r>
        <w:t xml:space="preserve"> </w:t>
      </w:r>
      <w:proofErr w:type="spellStart"/>
      <w:r>
        <w:t>وسلامة</w:t>
      </w:r>
      <w:proofErr w:type="spellEnd"/>
      <w:r>
        <w:t xml:space="preserve"> </w:t>
      </w:r>
      <w:proofErr w:type="spellStart"/>
      <w:r>
        <w:t>العلاجين</w:t>
      </w:r>
      <w:proofErr w:type="spellEnd"/>
      <w:r w:rsidR="002E7354" w:rsidRPr="002E7354">
        <w:rPr>
          <w:rtl/>
        </w:rPr>
        <w:t>۔</w:t>
      </w:r>
    </w:p>
    <w:p w14:paraId="3D0D93A6" w14:textId="02AD8460" w:rsidR="001C6CFD" w:rsidRPr="000E66B0" w:rsidRDefault="00DA5ED3" w:rsidP="00DA5ED3">
      <w:pPr>
        <w:bidi/>
        <w:rPr>
          <w:rFonts w:ascii="Times New Roman" w:hAnsi="Times New Roman" w:cs="Times New Roman"/>
        </w:rPr>
      </w:pPr>
      <w:r w:rsidRPr="00DA5ED3">
        <w:rPr>
          <w:rFonts w:ascii="Times New Roman" w:hAnsi="Times New Roman" w:cs="Times New Roman"/>
        </w:rPr>
        <w:t>:</w:t>
      </w:r>
      <w:proofErr w:type="spellStart"/>
      <w:r w:rsidR="00E33652">
        <w:rPr>
          <w:rFonts w:ascii="Times New Roman" w:hAnsi="Times New Roman" w:cs="Times New Roman"/>
        </w:rPr>
        <w:t>عند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انتهاء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الدراسة</w:t>
      </w:r>
      <w:proofErr w:type="spellEnd"/>
      <w:r w:rsidR="00E33652">
        <w:rPr>
          <w:rFonts w:ascii="Times New Roman" w:hAnsi="Times New Roman" w:cs="Times New Roman"/>
        </w:rPr>
        <w:t>،</w:t>
      </w:r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سنقوم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بحساب</w:t>
      </w:r>
      <w:proofErr w:type="spellEnd"/>
      <w:r w:rsidR="00E33652">
        <w:br/>
      </w:r>
      <w:proofErr w:type="spellStart"/>
      <w:r w:rsidR="00E33652" w:rsidRPr="000E66B0">
        <w:rPr>
          <w:rFonts w:ascii="Times New Roman" w:hAnsi="Times New Roman" w:cs="Times New Roman"/>
        </w:rPr>
        <w:t>عدد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المشاركين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الذين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بقوا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على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قيد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الحياة</w:t>
      </w:r>
      <w:proofErr w:type="spellEnd"/>
      <w:r w:rsidR="00E33652">
        <w:br/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عدد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المشاركين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الذين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تعرضوا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لآثار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جانبية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أو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تم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عزلهم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بسبب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بكتيريا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مقاومة</w:t>
      </w:r>
      <w:proofErr w:type="spellEnd"/>
      <w:r w:rsidR="00E33652">
        <w:br/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مدة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تلقي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العلاجات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الداعمة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للحياة</w:t>
      </w:r>
      <w:proofErr w:type="spellEnd"/>
      <w:r w:rsidR="00E33652">
        <w:br/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مدة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الإقامة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في</w:t>
      </w:r>
      <w:proofErr w:type="spellEnd"/>
      <w:r w:rsidR="00E33652">
        <w:t xml:space="preserve"> </w:t>
      </w:r>
      <w:proofErr w:type="spellStart"/>
      <w:r w:rsidR="00E33652" w:rsidRPr="000E66B0">
        <w:rPr>
          <w:rFonts w:ascii="Times New Roman" w:hAnsi="Times New Roman" w:cs="Times New Roman"/>
        </w:rPr>
        <w:t>المستشفى</w:t>
      </w:r>
      <w:proofErr w:type="spellEnd"/>
    </w:p>
    <w:p w14:paraId="4CE610A9" w14:textId="28189BF9" w:rsidR="001C6CFD" w:rsidRDefault="00E33652" w:rsidP="00EB22EB">
      <w:pPr>
        <w:bidi/>
      </w:pPr>
      <w:proofErr w:type="spellStart"/>
      <w:r>
        <w:rPr>
          <w:rFonts w:ascii="Times New Roman" w:hAnsi="Times New Roman" w:cs="Times New Roman"/>
        </w:rPr>
        <w:t>ب</w:t>
      </w:r>
      <w:r>
        <w:t>عد</w:t>
      </w:r>
      <w:proofErr w:type="spellEnd"/>
      <w:r>
        <w:t xml:space="preserve"> </w:t>
      </w:r>
      <w:proofErr w:type="spellStart"/>
      <w:r>
        <w:t>مرور</w:t>
      </w:r>
      <w:proofErr w:type="spellEnd"/>
      <w:r>
        <w:t xml:space="preserve"> 90 و180 </w:t>
      </w:r>
      <w:proofErr w:type="spellStart"/>
      <w:r>
        <w:t>يومًا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مشاركتك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، </w:t>
      </w:r>
      <w:proofErr w:type="spellStart"/>
      <w:r>
        <w:t>سنتواصل</w:t>
      </w:r>
      <w:proofErr w:type="spellEnd"/>
      <w:r>
        <w:t xml:space="preserve"> </w:t>
      </w:r>
      <w:proofErr w:type="spellStart"/>
      <w:r>
        <w:t>معك</w:t>
      </w:r>
      <w:proofErr w:type="spellEnd"/>
      <w:r>
        <w:t xml:space="preserve"> </w:t>
      </w:r>
      <w:proofErr w:type="spellStart"/>
      <w:r>
        <w:t>أو</w:t>
      </w:r>
      <w:proofErr w:type="spellEnd"/>
      <w:r>
        <w:t xml:space="preserve"> </w:t>
      </w:r>
      <w:proofErr w:type="spellStart"/>
      <w:r>
        <w:t>مع</w:t>
      </w:r>
      <w:proofErr w:type="spellEnd"/>
      <w:r>
        <w:t xml:space="preserve"> </w:t>
      </w:r>
      <w:proofErr w:type="spellStart"/>
      <w:r>
        <w:t>أحد</w:t>
      </w:r>
      <w:proofErr w:type="spellEnd"/>
      <w:r>
        <w:t xml:space="preserve"> </w:t>
      </w:r>
      <w:proofErr w:type="spellStart"/>
      <w:r>
        <w:t>أقاربك</w:t>
      </w:r>
      <w:proofErr w:type="spellEnd"/>
      <w:r>
        <w:t xml:space="preserve"> </w:t>
      </w:r>
      <w:proofErr w:type="spellStart"/>
      <w:r>
        <w:t>هاتفيًا</w:t>
      </w:r>
      <w:proofErr w:type="spellEnd"/>
      <w:r>
        <w:t xml:space="preserve"> </w:t>
      </w:r>
      <w:proofErr w:type="spellStart"/>
      <w:r>
        <w:t>أو</w:t>
      </w:r>
      <w:proofErr w:type="spellEnd"/>
      <w:r>
        <w:t xml:space="preserve"> </w:t>
      </w:r>
      <w:proofErr w:type="spellStart"/>
      <w:r>
        <w:t>كتابيًا</w:t>
      </w:r>
      <w:proofErr w:type="spellEnd"/>
      <w:r>
        <w:t xml:space="preserve"> </w:t>
      </w:r>
      <w:proofErr w:type="spellStart"/>
      <w:r>
        <w:t>للسؤال</w:t>
      </w:r>
      <w:proofErr w:type="spellEnd"/>
      <w:r>
        <w:t xml:space="preserve"> </w:t>
      </w:r>
      <w:proofErr w:type="spellStart"/>
      <w:r>
        <w:t>عن</w:t>
      </w:r>
      <w:proofErr w:type="spellEnd"/>
      <w:r>
        <w:t xml:space="preserve"> </w:t>
      </w:r>
      <w:proofErr w:type="spellStart"/>
      <w:r>
        <w:t>جودة</w:t>
      </w:r>
      <w:proofErr w:type="spellEnd"/>
      <w:r>
        <w:t xml:space="preserve"> </w:t>
      </w:r>
      <w:proofErr w:type="spellStart"/>
      <w:r>
        <w:t>حياتك</w:t>
      </w:r>
      <w:proofErr w:type="spellEnd"/>
      <w:r>
        <w:t xml:space="preserve"> </w:t>
      </w:r>
      <w:proofErr w:type="spellStart"/>
      <w:r>
        <w:t>المرتبطة</w:t>
      </w:r>
      <w:proofErr w:type="spellEnd"/>
      <w:r>
        <w:t xml:space="preserve"> </w:t>
      </w:r>
      <w:proofErr w:type="spellStart"/>
      <w:r>
        <w:t>بالصحة</w:t>
      </w:r>
      <w:proofErr w:type="spellEnd"/>
      <w:r>
        <w:t xml:space="preserve">، </w:t>
      </w:r>
      <w:proofErr w:type="spellStart"/>
      <w:r>
        <w:t>وجمع</w:t>
      </w:r>
      <w:proofErr w:type="spellEnd"/>
      <w:r>
        <w:t xml:space="preserve"> </w:t>
      </w:r>
      <w:proofErr w:type="spellStart"/>
      <w:r>
        <w:t>بيانات</w:t>
      </w:r>
      <w:proofErr w:type="spellEnd"/>
      <w:r>
        <w:t xml:space="preserve"> </w:t>
      </w:r>
      <w:proofErr w:type="spellStart"/>
      <w:r>
        <w:t>طويلة</w:t>
      </w:r>
      <w:proofErr w:type="spellEnd"/>
      <w:r>
        <w:t xml:space="preserve"> </w:t>
      </w:r>
      <w:proofErr w:type="spellStart"/>
      <w:r>
        <w:t>الأمد</w:t>
      </w:r>
      <w:proofErr w:type="spellEnd"/>
      <w:r>
        <w:t xml:space="preserve"> </w:t>
      </w:r>
      <w:proofErr w:type="spellStart"/>
      <w:r>
        <w:t>أخرى</w:t>
      </w:r>
      <w:proofErr w:type="spellEnd"/>
      <w:r>
        <w:t xml:space="preserve"> </w:t>
      </w:r>
      <w:proofErr w:type="spellStart"/>
      <w:r>
        <w:t>مثل</w:t>
      </w:r>
      <w:proofErr w:type="spellEnd"/>
      <w:r>
        <w:t xml:space="preserve"> </w:t>
      </w:r>
      <w:proofErr w:type="spellStart"/>
      <w:r>
        <w:t>البقاء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قيد</w:t>
      </w:r>
      <w:proofErr w:type="spellEnd"/>
      <w:r>
        <w:t xml:space="preserve"> </w:t>
      </w:r>
      <w:proofErr w:type="spellStart"/>
      <w:r>
        <w:t>الحياة</w:t>
      </w:r>
      <w:proofErr w:type="spellEnd"/>
      <w:r>
        <w:t xml:space="preserve"> </w:t>
      </w:r>
      <w:proofErr w:type="spellStart"/>
      <w:r>
        <w:t>وإعادة</w:t>
      </w:r>
      <w:proofErr w:type="spellEnd"/>
      <w:r>
        <w:t xml:space="preserve"> </w:t>
      </w:r>
      <w:proofErr w:type="spellStart"/>
      <w:r>
        <w:t>الإدخال</w:t>
      </w:r>
      <w:proofErr w:type="spellEnd"/>
      <w:r>
        <w:t xml:space="preserve"> </w:t>
      </w:r>
      <w:proofErr w:type="spellStart"/>
      <w:r>
        <w:t>إلى</w:t>
      </w:r>
      <w:proofErr w:type="spellEnd"/>
      <w:r>
        <w:t xml:space="preserve"> </w:t>
      </w:r>
      <w:proofErr w:type="spellStart"/>
      <w:r>
        <w:t>المستشفى</w:t>
      </w:r>
      <w:proofErr w:type="spellEnd"/>
      <w:r w:rsidR="00344BA3" w:rsidRPr="00391748">
        <w:rPr>
          <w:rtl/>
        </w:rPr>
        <w:t>۔</w:t>
      </w:r>
    </w:p>
    <w:p w14:paraId="3119F691" w14:textId="3E7F503E" w:rsidR="001C6CFD" w:rsidRDefault="00E33652" w:rsidP="00AA5B21">
      <w:pPr>
        <w:bidi/>
      </w:pPr>
      <w:proofErr w:type="spellStart"/>
      <w:r w:rsidRPr="00AA5B21">
        <w:rPr>
          <w:rFonts w:ascii="Times New Roman" w:hAnsi="Times New Roman" w:cs="Times New Roman"/>
        </w:rPr>
        <w:t>الدراسة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غير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معماة</w:t>
      </w:r>
      <w:proofErr w:type="spellEnd"/>
      <w:r w:rsidRPr="00AA5B21">
        <w:rPr>
          <w:rFonts w:ascii="Times New Roman" w:hAnsi="Times New Roman" w:cs="Times New Roman"/>
        </w:rPr>
        <w:t>،</w:t>
      </w:r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مما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يعني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أنه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يمكنك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معرفة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أي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نوع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من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المضادات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الحيوية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تلقيته</w:t>
      </w:r>
      <w:proofErr w:type="spellEnd"/>
      <w:r w:rsidRPr="00AA5B21">
        <w:rPr>
          <w:rFonts w:ascii="Times New Roman" w:hAnsi="Times New Roman" w:cs="Times New Roman"/>
        </w:rPr>
        <w:t>،</w:t>
      </w:r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ويمكنك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السؤال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عن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ذلك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خلال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المقابلة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المخططة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مع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الطبيب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المسؤول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عن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الدراسة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أو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أي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عضو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آخر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من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فريق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البحث</w:t>
      </w:r>
      <w:proofErr w:type="spellEnd"/>
      <w:r w:rsidR="00EC6305" w:rsidRPr="00391748">
        <w:rPr>
          <w:rtl/>
        </w:rPr>
        <w:t>۔</w:t>
      </w:r>
    </w:p>
    <w:p w14:paraId="1BBCB031" w14:textId="77777777" w:rsidR="00730B36" w:rsidRDefault="00730B36" w:rsidP="00730B36">
      <w:pPr>
        <w:bidi/>
      </w:pPr>
    </w:p>
    <w:p w14:paraId="4C14E3FA" w14:textId="14FB6557" w:rsidR="001C6CFD" w:rsidRDefault="00E33652" w:rsidP="00EB22EB">
      <w:pPr>
        <w:bidi/>
      </w:pPr>
      <w:proofErr w:type="spellStart"/>
      <w:r w:rsidRPr="00730B36">
        <w:rPr>
          <w:b/>
          <w:bCs/>
        </w:rPr>
        <w:t>الفائدة</w:t>
      </w:r>
      <w:proofErr w:type="spellEnd"/>
      <w:r w:rsidRPr="00730B36">
        <w:rPr>
          <w:b/>
          <w:bCs/>
        </w:rPr>
        <w:t xml:space="preserve"> </w:t>
      </w:r>
      <w:proofErr w:type="spellStart"/>
      <w:r w:rsidRPr="00730B36">
        <w:rPr>
          <w:b/>
          <w:bCs/>
        </w:rPr>
        <w:t>المتوقعة</w:t>
      </w:r>
      <w:proofErr w:type="spellEnd"/>
      <w:r>
        <w:br/>
      </w:r>
      <w:proofErr w:type="spellStart"/>
      <w:r>
        <w:t>لا</w:t>
      </w:r>
      <w:proofErr w:type="spellEnd"/>
      <w:r>
        <w:t xml:space="preserve"> </w:t>
      </w:r>
      <w:proofErr w:type="spellStart"/>
      <w:r>
        <w:t>يمكننا</w:t>
      </w:r>
      <w:proofErr w:type="spellEnd"/>
      <w:r>
        <w:t xml:space="preserve"> </w:t>
      </w:r>
      <w:proofErr w:type="spellStart"/>
      <w:r>
        <w:t>ضمان</w:t>
      </w:r>
      <w:proofErr w:type="spellEnd"/>
      <w:r>
        <w:t xml:space="preserve"> </w:t>
      </w:r>
      <w:proofErr w:type="spellStart"/>
      <w:r>
        <w:t>أنك</w:t>
      </w:r>
      <w:proofErr w:type="spellEnd"/>
      <w:r>
        <w:t xml:space="preserve"> </w:t>
      </w:r>
      <w:proofErr w:type="spellStart"/>
      <w:r>
        <w:t>ستحصل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فائدة</w:t>
      </w:r>
      <w:proofErr w:type="spellEnd"/>
      <w:r>
        <w:t xml:space="preserve"> </w:t>
      </w:r>
      <w:proofErr w:type="spellStart"/>
      <w:r>
        <w:t>مباشرة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المشاركة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 </w:t>
      </w:r>
      <w:r w:rsidR="000513E6" w:rsidRPr="00391748">
        <w:rPr>
          <w:rtl/>
        </w:rPr>
        <w:t>۔</w:t>
      </w:r>
      <w:r>
        <w:br/>
      </w:r>
      <w:proofErr w:type="spellStart"/>
      <w:r>
        <w:t>نحن</w:t>
      </w:r>
      <w:proofErr w:type="spellEnd"/>
      <w:r>
        <w:t xml:space="preserve"> </w:t>
      </w:r>
      <w:proofErr w:type="spellStart"/>
      <w:r>
        <w:t>نعلم</w:t>
      </w:r>
      <w:proofErr w:type="spellEnd"/>
      <w:r>
        <w:t xml:space="preserve"> </w:t>
      </w:r>
      <w:proofErr w:type="spellStart"/>
      <w:r>
        <w:t>أن</w:t>
      </w:r>
      <w:proofErr w:type="spellEnd"/>
      <w:r>
        <w:t xml:space="preserve"> </w:t>
      </w:r>
      <w:proofErr w:type="spellStart"/>
      <w:r>
        <w:t>كلا</w:t>
      </w:r>
      <w:proofErr w:type="spellEnd"/>
      <w:r>
        <w:t xml:space="preserve"> </w:t>
      </w:r>
      <w:proofErr w:type="spellStart"/>
      <w:r>
        <w:t>المضادين</w:t>
      </w:r>
      <w:proofErr w:type="spellEnd"/>
      <w:r>
        <w:t xml:space="preserve"> </w:t>
      </w:r>
      <w:proofErr w:type="spellStart"/>
      <w:r>
        <w:t>الحيويين</w:t>
      </w:r>
      <w:proofErr w:type="spellEnd"/>
      <w:r>
        <w:t xml:space="preserve"> </w:t>
      </w:r>
      <w:proofErr w:type="spellStart"/>
      <w:r>
        <w:t>يزيدان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فرص</w:t>
      </w:r>
      <w:proofErr w:type="spellEnd"/>
      <w:r>
        <w:t xml:space="preserve"> </w:t>
      </w:r>
      <w:proofErr w:type="spellStart"/>
      <w:r>
        <w:t>البقاء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قيد</w:t>
      </w:r>
      <w:proofErr w:type="spellEnd"/>
      <w:r>
        <w:t xml:space="preserve"> </w:t>
      </w:r>
      <w:proofErr w:type="spellStart"/>
      <w:r>
        <w:t>الحياة</w:t>
      </w:r>
      <w:proofErr w:type="spellEnd"/>
      <w:r>
        <w:t xml:space="preserve"> </w:t>
      </w:r>
      <w:proofErr w:type="spellStart"/>
      <w:r>
        <w:t>لدى</w:t>
      </w:r>
      <w:proofErr w:type="spellEnd"/>
      <w:r>
        <w:t xml:space="preserve"> </w:t>
      </w:r>
      <w:proofErr w:type="spellStart"/>
      <w:r>
        <w:t>مرضى</w:t>
      </w:r>
      <w:proofErr w:type="spellEnd"/>
      <w:r>
        <w:t xml:space="preserve"> </w:t>
      </w:r>
      <w:proofErr w:type="spellStart"/>
      <w:r>
        <w:t>الإنتان</w:t>
      </w:r>
      <w:proofErr w:type="spellEnd"/>
      <w:r>
        <w:t xml:space="preserve">، </w:t>
      </w:r>
      <w:proofErr w:type="spellStart"/>
      <w:r>
        <w:t>لكننا</w:t>
      </w:r>
      <w:proofErr w:type="spellEnd"/>
      <w:r>
        <w:t xml:space="preserve"> </w:t>
      </w:r>
      <w:proofErr w:type="spellStart"/>
      <w:r>
        <w:t>لا</w:t>
      </w:r>
      <w:proofErr w:type="spellEnd"/>
      <w:r>
        <w:t xml:space="preserve"> </w:t>
      </w:r>
      <w:proofErr w:type="spellStart"/>
      <w:r>
        <w:t>نعرف</w:t>
      </w:r>
      <w:proofErr w:type="spellEnd"/>
      <w:r>
        <w:t xml:space="preserve"> </w:t>
      </w:r>
      <w:proofErr w:type="spellStart"/>
      <w:r>
        <w:t>أيهما</w:t>
      </w:r>
      <w:proofErr w:type="spellEnd"/>
      <w:r>
        <w:t xml:space="preserve"> </w:t>
      </w:r>
      <w:proofErr w:type="spellStart"/>
      <w:r>
        <w:t>أفضل</w:t>
      </w:r>
      <w:proofErr w:type="spellEnd"/>
      <w:r>
        <w:t xml:space="preserve"> </w:t>
      </w:r>
      <w:proofErr w:type="spellStart"/>
      <w:r>
        <w:t>وأقل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حيث</w:t>
      </w:r>
      <w:proofErr w:type="spellEnd"/>
      <w:r>
        <w:t xml:space="preserve"> </w:t>
      </w:r>
      <w:proofErr w:type="spellStart"/>
      <w:r>
        <w:t>الآثار</w:t>
      </w:r>
      <w:proofErr w:type="spellEnd"/>
      <w:r>
        <w:t xml:space="preserve"> </w:t>
      </w:r>
      <w:proofErr w:type="spellStart"/>
      <w:r>
        <w:t>الجانبية</w:t>
      </w:r>
      <w:proofErr w:type="spellEnd"/>
      <w:r w:rsidR="00003031" w:rsidRPr="00391748">
        <w:rPr>
          <w:rtl/>
        </w:rPr>
        <w:t>۔</w:t>
      </w:r>
    </w:p>
    <w:p w14:paraId="5459DB32" w14:textId="163AE116" w:rsidR="00357542" w:rsidRDefault="00357542" w:rsidP="00357542">
      <w:pPr>
        <w:bidi/>
        <w:jc w:val="center"/>
      </w:pPr>
      <w:r w:rsidRPr="00FD07A9">
        <w:rPr>
          <w:noProof/>
        </w:rPr>
        <w:lastRenderedPageBreak/>
        <w:drawing>
          <wp:inline distT="0" distB="0" distL="0" distR="0" wp14:anchorId="6BD9CD40" wp14:editId="1DA3FC4D">
            <wp:extent cx="1472540" cy="474958"/>
            <wp:effectExtent l="0" t="0" r="0" b="1905"/>
            <wp:docPr id="1288221800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72" cy="48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ADCB7" w14:textId="6CC9C4A5" w:rsidR="001C6CFD" w:rsidRDefault="00E33652" w:rsidP="00EB22EB">
      <w:pPr>
        <w:bidi/>
      </w:pPr>
      <w:proofErr w:type="spellStart"/>
      <w:r>
        <w:t>مشاركتك</w:t>
      </w:r>
      <w:proofErr w:type="spellEnd"/>
      <w:r>
        <w:t xml:space="preserve"> </w:t>
      </w:r>
      <w:proofErr w:type="spellStart"/>
      <w:r>
        <w:t>تساهم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تحسين</w:t>
      </w:r>
      <w:proofErr w:type="spellEnd"/>
      <w:r>
        <w:t xml:space="preserve"> </w:t>
      </w:r>
      <w:proofErr w:type="spellStart"/>
      <w:r>
        <w:t>المعرفة</w:t>
      </w:r>
      <w:proofErr w:type="spellEnd"/>
      <w:r>
        <w:t xml:space="preserve"> </w:t>
      </w:r>
      <w:proofErr w:type="spellStart"/>
      <w:r>
        <w:t>الطبية</w:t>
      </w:r>
      <w:proofErr w:type="spellEnd"/>
      <w:r>
        <w:t xml:space="preserve"> </w:t>
      </w:r>
      <w:proofErr w:type="spellStart"/>
      <w:r>
        <w:t>حول</w:t>
      </w:r>
      <w:proofErr w:type="spellEnd"/>
      <w:r>
        <w:t xml:space="preserve"> </w:t>
      </w:r>
      <w:proofErr w:type="spellStart"/>
      <w:r>
        <w:t>أفضل</w:t>
      </w:r>
      <w:proofErr w:type="spellEnd"/>
      <w:r>
        <w:t xml:space="preserve"> </w:t>
      </w:r>
      <w:proofErr w:type="spellStart"/>
      <w:r>
        <w:t>طرق</w:t>
      </w:r>
      <w:proofErr w:type="spellEnd"/>
      <w:r>
        <w:t xml:space="preserve"> </w:t>
      </w:r>
      <w:proofErr w:type="spellStart"/>
      <w:r>
        <w:t>علاج</w:t>
      </w:r>
      <w:proofErr w:type="spellEnd"/>
      <w:r>
        <w:t xml:space="preserve"> </w:t>
      </w:r>
      <w:proofErr w:type="spellStart"/>
      <w:r>
        <w:t>مرضى</w:t>
      </w:r>
      <w:proofErr w:type="spellEnd"/>
      <w:r>
        <w:t xml:space="preserve"> </w:t>
      </w:r>
      <w:proofErr w:type="spellStart"/>
      <w:r>
        <w:t>الإنتان</w:t>
      </w:r>
      <w:proofErr w:type="spellEnd"/>
      <w:r>
        <w:t xml:space="preserve">، </w:t>
      </w:r>
      <w:proofErr w:type="spellStart"/>
      <w:r>
        <w:t>ونعتقد</w:t>
      </w:r>
      <w:proofErr w:type="spellEnd"/>
      <w:r>
        <w:t xml:space="preserve"> </w:t>
      </w:r>
      <w:proofErr w:type="spellStart"/>
      <w:r>
        <w:t>أن</w:t>
      </w:r>
      <w:proofErr w:type="spellEnd"/>
      <w:r>
        <w:t xml:space="preserve"> </w:t>
      </w:r>
      <w:proofErr w:type="spellStart"/>
      <w:r>
        <w:t>نتائج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 </w:t>
      </w:r>
      <w:proofErr w:type="spellStart"/>
      <w:r>
        <w:t>ستساهم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تحسين</w:t>
      </w:r>
      <w:proofErr w:type="spellEnd"/>
      <w:r>
        <w:t xml:space="preserve"> </w:t>
      </w:r>
      <w:proofErr w:type="spellStart"/>
      <w:r>
        <w:t>علاج</w:t>
      </w:r>
      <w:proofErr w:type="spellEnd"/>
      <w:r>
        <w:t xml:space="preserve"> </w:t>
      </w:r>
      <w:proofErr w:type="spellStart"/>
      <w:r>
        <w:t>المرضى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المستقبل</w:t>
      </w:r>
      <w:proofErr w:type="spellEnd"/>
      <w:r>
        <w:t xml:space="preserve">  </w:t>
      </w:r>
      <w:r w:rsidR="00324A42" w:rsidRPr="00391748">
        <w:rPr>
          <w:rtl/>
        </w:rPr>
        <w:t>۔</w:t>
      </w:r>
      <w:r>
        <w:br/>
      </w:r>
      <w:proofErr w:type="spellStart"/>
      <w:r>
        <w:t>ترتبط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 </w:t>
      </w:r>
      <w:proofErr w:type="spellStart"/>
      <w:r>
        <w:t>بمخاطر</w:t>
      </w:r>
      <w:proofErr w:type="spellEnd"/>
      <w:r>
        <w:t xml:space="preserve"> </w:t>
      </w:r>
      <w:proofErr w:type="spellStart"/>
      <w:r>
        <w:t>محدودة</w:t>
      </w:r>
      <w:proofErr w:type="spellEnd"/>
      <w:r>
        <w:t xml:space="preserve">، </w:t>
      </w:r>
      <w:proofErr w:type="spellStart"/>
      <w:r>
        <w:t>حيث</w:t>
      </w:r>
      <w:proofErr w:type="spellEnd"/>
      <w:r>
        <w:t xml:space="preserve"> </w:t>
      </w:r>
      <w:proofErr w:type="spellStart"/>
      <w:r>
        <w:t>لا</w:t>
      </w:r>
      <w:proofErr w:type="spellEnd"/>
      <w:r>
        <w:t xml:space="preserve"> </w:t>
      </w:r>
      <w:proofErr w:type="spellStart"/>
      <w:r>
        <w:t>يُسمح</w:t>
      </w:r>
      <w:proofErr w:type="spellEnd"/>
      <w:r>
        <w:t xml:space="preserve"> </w:t>
      </w:r>
      <w:proofErr w:type="spellStart"/>
      <w:r>
        <w:t>بمشاركة</w:t>
      </w:r>
      <w:proofErr w:type="spellEnd"/>
      <w:r>
        <w:t xml:space="preserve"> </w:t>
      </w:r>
      <w:proofErr w:type="spellStart"/>
      <w:r>
        <w:t>المرضى</w:t>
      </w:r>
      <w:proofErr w:type="spellEnd"/>
      <w:r>
        <w:t xml:space="preserve"> </w:t>
      </w:r>
      <w:proofErr w:type="spellStart"/>
      <w:r>
        <w:t>المعرضين</w:t>
      </w:r>
      <w:proofErr w:type="spellEnd"/>
      <w:r>
        <w:t xml:space="preserve"> </w:t>
      </w:r>
      <w:proofErr w:type="spellStart"/>
      <w:r>
        <w:t>لخطر</w:t>
      </w:r>
      <w:proofErr w:type="spellEnd"/>
      <w:r>
        <w:t xml:space="preserve"> </w:t>
      </w:r>
      <w:proofErr w:type="spellStart"/>
      <w:r>
        <w:t>عالٍ</w:t>
      </w:r>
      <w:proofErr w:type="spellEnd"/>
      <w:r>
        <w:t xml:space="preserve"> </w:t>
      </w:r>
      <w:proofErr w:type="spellStart"/>
      <w:r>
        <w:t>للآثار</w:t>
      </w:r>
      <w:proofErr w:type="spellEnd"/>
      <w:r>
        <w:t xml:space="preserve"> </w:t>
      </w:r>
      <w:proofErr w:type="spellStart"/>
      <w:r>
        <w:t>الجانبية</w:t>
      </w:r>
      <w:proofErr w:type="spellEnd"/>
      <w:r>
        <w:t xml:space="preserve">، </w:t>
      </w:r>
      <w:proofErr w:type="spellStart"/>
      <w:r>
        <w:t>كما</w:t>
      </w:r>
      <w:proofErr w:type="spellEnd"/>
      <w:r>
        <w:t xml:space="preserve"> </w:t>
      </w:r>
      <w:proofErr w:type="spellStart"/>
      <w:r>
        <w:t>أن</w:t>
      </w:r>
      <w:proofErr w:type="spellEnd"/>
      <w:r>
        <w:t xml:space="preserve"> </w:t>
      </w:r>
      <w:proofErr w:type="spellStart"/>
      <w:r>
        <w:t>كلا</w:t>
      </w:r>
      <w:proofErr w:type="spellEnd"/>
      <w:r>
        <w:t xml:space="preserve"> </w:t>
      </w:r>
      <w:proofErr w:type="spellStart"/>
      <w:r>
        <w:t>العلاجين</w:t>
      </w:r>
      <w:proofErr w:type="spellEnd"/>
      <w:r>
        <w:t xml:space="preserve"> </w:t>
      </w:r>
      <w:proofErr w:type="spellStart"/>
      <w:r>
        <w:t>مستخدمان</w:t>
      </w:r>
      <w:proofErr w:type="spellEnd"/>
      <w:r>
        <w:t xml:space="preserve"> </w:t>
      </w:r>
      <w:proofErr w:type="spellStart"/>
      <w:r>
        <w:t>بشكل</w:t>
      </w:r>
      <w:proofErr w:type="spellEnd"/>
      <w:r>
        <w:t xml:space="preserve"> </w:t>
      </w:r>
      <w:proofErr w:type="spellStart"/>
      <w:r>
        <w:t>روتيني</w:t>
      </w:r>
      <w:proofErr w:type="spellEnd"/>
      <w:r w:rsidR="00324A42" w:rsidRPr="00391748">
        <w:rPr>
          <w:rtl/>
        </w:rPr>
        <w:t>۔</w:t>
      </w:r>
    </w:p>
    <w:p w14:paraId="4FE4B72A" w14:textId="77777777" w:rsidR="007E236E" w:rsidRDefault="007E236E" w:rsidP="007E236E">
      <w:pPr>
        <w:bidi/>
      </w:pPr>
    </w:p>
    <w:p w14:paraId="7C722BB9" w14:textId="45920450" w:rsidR="001C6CFD" w:rsidRDefault="00E33652" w:rsidP="00EB22EB">
      <w:pPr>
        <w:bidi/>
      </w:pPr>
      <w:proofErr w:type="spellStart"/>
      <w:r w:rsidRPr="007E236E">
        <w:rPr>
          <w:b/>
          <w:bCs/>
        </w:rPr>
        <w:t>تقييم</w:t>
      </w:r>
      <w:proofErr w:type="spellEnd"/>
      <w:r w:rsidRPr="007E236E">
        <w:rPr>
          <w:b/>
          <w:bCs/>
        </w:rPr>
        <w:t xml:space="preserve"> </w:t>
      </w:r>
      <w:proofErr w:type="spellStart"/>
      <w:r w:rsidRPr="007E236E">
        <w:rPr>
          <w:b/>
          <w:bCs/>
        </w:rPr>
        <w:t>مشاركتك</w:t>
      </w:r>
      <w:proofErr w:type="spellEnd"/>
      <w:r w:rsidRPr="007E236E">
        <w:rPr>
          <w:b/>
          <w:bCs/>
        </w:rPr>
        <w:t xml:space="preserve"> </w:t>
      </w:r>
      <w:proofErr w:type="spellStart"/>
      <w:r w:rsidRPr="007E236E">
        <w:rPr>
          <w:b/>
          <w:bCs/>
        </w:rPr>
        <w:t>في</w:t>
      </w:r>
      <w:proofErr w:type="spellEnd"/>
      <w:r w:rsidRPr="007E236E">
        <w:rPr>
          <w:b/>
          <w:bCs/>
        </w:rPr>
        <w:t xml:space="preserve"> </w:t>
      </w:r>
      <w:proofErr w:type="spellStart"/>
      <w:r w:rsidRPr="007E236E">
        <w:rPr>
          <w:b/>
          <w:bCs/>
        </w:rPr>
        <w:t>الدراسة</w:t>
      </w:r>
      <w:proofErr w:type="spellEnd"/>
      <w:r>
        <w:br/>
      </w:r>
      <w:proofErr w:type="spellStart"/>
      <w:r>
        <w:t>نظرًا</w:t>
      </w:r>
      <w:proofErr w:type="spellEnd"/>
      <w:r>
        <w:t xml:space="preserve"> </w:t>
      </w:r>
      <w:proofErr w:type="spellStart"/>
      <w:r>
        <w:t>لأن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 </w:t>
      </w:r>
      <w:proofErr w:type="spellStart"/>
      <w:r>
        <w:t>تُعد</w:t>
      </w:r>
      <w:proofErr w:type="spellEnd"/>
      <w:r>
        <w:t xml:space="preserve"> </w:t>
      </w:r>
      <w:proofErr w:type="spellStart"/>
      <w:r>
        <w:t>تجربة</w:t>
      </w:r>
      <w:proofErr w:type="spellEnd"/>
      <w:r>
        <w:t xml:space="preserve"> </w:t>
      </w:r>
      <w:proofErr w:type="spellStart"/>
      <w:r>
        <w:t>سريرية</w:t>
      </w:r>
      <w:proofErr w:type="spellEnd"/>
      <w:r>
        <w:t xml:space="preserve"> </w:t>
      </w:r>
      <w:proofErr w:type="spellStart"/>
      <w:r>
        <w:t>طارئة</w:t>
      </w:r>
      <w:proofErr w:type="spellEnd"/>
      <w:r>
        <w:t xml:space="preserve">، </w:t>
      </w:r>
      <w:proofErr w:type="spellStart"/>
      <w:r>
        <w:t>فقد</w:t>
      </w:r>
      <w:proofErr w:type="spellEnd"/>
      <w:r>
        <w:t xml:space="preserve"> </w:t>
      </w:r>
      <w:proofErr w:type="spellStart"/>
      <w:r>
        <w:t>تم</w:t>
      </w:r>
      <w:proofErr w:type="spellEnd"/>
      <w:r>
        <w:t xml:space="preserve"> </w:t>
      </w:r>
      <w:proofErr w:type="spellStart"/>
      <w:r>
        <w:t>إدراجك</w:t>
      </w:r>
      <w:proofErr w:type="spellEnd"/>
      <w:r>
        <w:t xml:space="preserve"> </w:t>
      </w:r>
      <w:proofErr w:type="spellStart"/>
      <w:r>
        <w:t>بالفعل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 </w:t>
      </w:r>
      <w:proofErr w:type="spellStart"/>
      <w:r>
        <w:t>بناءً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تقييم</w:t>
      </w:r>
      <w:proofErr w:type="spellEnd"/>
      <w:r>
        <w:t xml:space="preserve"> </w:t>
      </w:r>
      <w:proofErr w:type="spellStart"/>
      <w:r>
        <w:t>أولي</w:t>
      </w:r>
      <w:proofErr w:type="spellEnd"/>
      <w:r>
        <w:t xml:space="preserve"> </w:t>
      </w:r>
      <w:proofErr w:type="spellStart"/>
      <w:r>
        <w:t>لمعايير</w:t>
      </w:r>
      <w:proofErr w:type="spellEnd"/>
      <w:r>
        <w:t xml:space="preserve"> </w:t>
      </w:r>
      <w:proofErr w:type="spellStart"/>
      <w:r>
        <w:t>الاشتمال</w:t>
      </w:r>
      <w:proofErr w:type="spellEnd"/>
      <w:r>
        <w:t xml:space="preserve"> </w:t>
      </w:r>
      <w:proofErr w:type="spellStart"/>
      <w:r>
        <w:t>والاستبعاد</w:t>
      </w:r>
      <w:proofErr w:type="spellEnd"/>
      <w:r w:rsidR="00D71E99" w:rsidRPr="00391748">
        <w:rPr>
          <w:rtl/>
        </w:rPr>
        <w:t>۔</w:t>
      </w:r>
      <w:r>
        <w:br/>
      </w:r>
      <w:proofErr w:type="spellStart"/>
      <w:r>
        <w:t>تم</w:t>
      </w:r>
      <w:proofErr w:type="spellEnd"/>
      <w:r>
        <w:t xml:space="preserve"> </w:t>
      </w:r>
      <w:proofErr w:type="spellStart"/>
      <w:r>
        <w:t>تطبيق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المعايير</w:t>
      </w:r>
      <w:proofErr w:type="spellEnd"/>
      <w:r>
        <w:t xml:space="preserve"> </w:t>
      </w:r>
      <w:proofErr w:type="spellStart"/>
      <w:r>
        <w:t>بعناية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قبل</w:t>
      </w:r>
      <w:proofErr w:type="spellEnd"/>
      <w:r>
        <w:t xml:space="preserve"> </w:t>
      </w:r>
      <w:proofErr w:type="spellStart"/>
      <w:r>
        <w:t>الطاقم</w:t>
      </w:r>
      <w:proofErr w:type="spellEnd"/>
      <w:r>
        <w:t xml:space="preserve"> </w:t>
      </w:r>
      <w:proofErr w:type="spellStart"/>
      <w:r>
        <w:t>الطبي</w:t>
      </w:r>
      <w:proofErr w:type="spellEnd"/>
      <w:r>
        <w:t xml:space="preserve"> </w:t>
      </w:r>
      <w:proofErr w:type="spellStart"/>
      <w:r>
        <w:t>المسؤول</w:t>
      </w:r>
      <w:proofErr w:type="spellEnd"/>
      <w:r>
        <w:t xml:space="preserve"> </w:t>
      </w:r>
      <w:proofErr w:type="spellStart"/>
      <w:r>
        <w:t>عن</w:t>
      </w:r>
      <w:proofErr w:type="spellEnd"/>
      <w:r>
        <w:t xml:space="preserve"> </w:t>
      </w:r>
      <w:proofErr w:type="spellStart"/>
      <w:r>
        <w:t>علاجك</w:t>
      </w:r>
      <w:proofErr w:type="spellEnd"/>
      <w:r w:rsidR="00D71E99" w:rsidRPr="00391748">
        <w:rPr>
          <w:rtl/>
        </w:rPr>
        <w:t>۔</w:t>
      </w:r>
    </w:p>
    <w:p w14:paraId="430450D7" w14:textId="6DDC71D4" w:rsidR="001C6CFD" w:rsidRDefault="00752382" w:rsidP="0039651C">
      <w:pPr>
        <w:bidi/>
      </w:pPr>
      <w:r>
        <w:t>:</w:t>
      </w:r>
      <w:proofErr w:type="spellStart"/>
      <w:r w:rsidR="00E33652">
        <w:rPr>
          <w:rFonts w:ascii="Times New Roman" w:hAnsi="Times New Roman" w:cs="Times New Roman"/>
        </w:rPr>
        <w:t>تم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تقييم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أنك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تستوفي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المعايير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التالية</w:t>
      </w:r>
      <w:proofErr w:type="spellEnd"/>
      <w:r w:rsidR="00E33652">
        <w:br/>
        <w:t xml:space="preserve">- </w:t>
      </w:r>
      <w:proofErr w:type="spellStart"/>
      <w:r w:rsidR="00E33652">
        <w:rPr>
          <w:rFonts w:ascii="Times New Roman" w:hAnsi="Times New Roman" w:cs="Times New Roman"/>
        </w:rPr>
        <w:t>كان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عمرك</w:t>
      </w:r>
      <w:proofErr w:type="spellEnd"/>
      <w:r w:rsidR="00E33652">
        <w:t xml:space="preserve"> 18 </w:t>
      </w:r>
      <w:proofErr w:type="spellStart"/>
      <w:r w:rsidR="00E33652">
        <w:rPr>
          <w:rFonts w:ascii="Times New Roman" w:hAnsi="Times New Roman" w:cs="Times New Roman"/>
        </w:rPr>
        <w:t>عامًا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أو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أكثر</w:t>
      </w:r>
      <w:proofErr w:type="spellEnd"/>
      <w:r w:rsidR="00E33652">
        <w:t xml:space="preserve">  </w:t>
      </w:r>
      <w:r w:rsidR="00E33652">
        <w:br/>
        <w:t xml:space="preserve">- </w:t>
      </w:r>
      <w:proofErr w:type="spellStart"/>
      <w:r w:rsidR="00E33652">
        <w:rPr>
          <w:rFonts w:ascii="Times New Roman" w:hAnsi="Times New Roman" w:cs="Times New Roman"/>
        </w:rPr>
        <w:t>كنت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مصابًا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بالإنتان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ومرضًا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حرجًا</w:t>
      </w:r>
      <w:proofErr w:type="spellEnd"/>
      <w:r w:rsidR="00E33652">
        <w:rPr>
          <w:rFonts w:ascii="Times New Roman" w:hAnsi="Times New Roman" w:cs="Times New Roman"/>
        </w:rPr>
        <w:t>،</w:t>
      </w:r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مما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استدعى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الحاجة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إلى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إعطاء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أكسجين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بتركيز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عالٍ</w:t>
      </w:r>
      <w:proofErr w:type="spellEnd"/>
      <w:r w:rsidR="00E33652">
        <w:rPr>
          <w:rFonts w:ascii="Times New Roman" w:hAnsi="Times New Roman" w:cs="Times New Roman"/>
        </w:rPr>
        <w:t>،</w:t>
      </w:r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أو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علاج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تنفسي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آلي</w:t>
      </w:r>
      <w:proofErr w:type="spellEnd"/>
      <w:r w:rsidR="00E33652">
        <w:rPr>
          <w:rFonts w:ascii="Times New Roman" w:hAnsi="Times New Roman" w:cs="Times New Roman"/>
        </w:rPr>
        <w:t>،</w:t>
      </w:r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أو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دعم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للدورة</w:t>
      </w:r>
      <w:proofErr w:type="spellEnd"/>
      <w:r w:rsidR="00E33652">
        <w:t xml:space="preserve"> </w:t>
      </w:r>
      <w:proofErr w:type="spellStart"/>
      <w:r w:rsidR="00E33652">
        <w:rPr>
          <w:rFonts w:ascii="Times New Roman" w:hAnsi="Times New Roman" w:cs="Times New Roman"/>
        </w:rPr>
        <w:t>الدموية</w:t>
      </w:r>
      <w:proofErr w:type="spellEnd"/>
    </w:p>
    <w:p w14:paraId="10E9D960" w14:textId="77777777" w:rsidR="0039651C" w:rsidRDefault="0039651C" w:rsidP="0039651C">
      <w:pPr>
        <w:bidi/>
      </w:pPr>
    </w:p>
    <w:p w14:paraId="4D11CEFC" w14:textId="37AFA709" w:rsidR="00AA5B21" w:rsidRPr="00AA5B21" w:rsidRDefault="00185455" w:rsidP="00AA5B21">
      <w:pPr>
        <w:bidi/>
        <w:ind w:left="360"/>
      </w:pPr>
      <w:r>
        <w:t>:</w:t>
      </w:r>
      <w:proofErr w:type="spellStart"/>
      <w:r w:rsidR="00E33652" w:rsidRPr="00AA5B21">
        <w:rPr>
          <w:rFonts w:ascii="Times New Roman" w:hAnsi="Times New Roman" w:cs="Times New Roman"/>
        </w:rPr>
        <w:t>كما</w:t>
      </w:r>
      <w:proofErr w:type="spellEnd"/>
      <w:r w:rsidR="00E33652">
        <w:t xml:space="preserve"> </w:t>
      </w:r>
      <w:proofErr w:type="spellStart"/>
      <w:r w:rsidR="00E33652" w:rsidRPr="00AA5B21">
        <w:rPr>
          <w:rFonts w:ascii="Times New Roman" w:hAnsi="Times New Roman" w:cs="Times New Roman"/>
        </w:rPr>
        <w:t>تم</w:t>
      </w:r>
      <w:proofErr w:type="spellEnd"/>
      <w:r w:rsidR="00E33652">
        <w:t xml:space="preserve"> </w:t>
      </w:r>
      <w:proofErr w:type="spellStart"/>
      <w:r w:rsidR="00E33652" w:rsidRPr="00AA5B21">
        <w:rPr>
          <w:rFonts w:ascii="Times New Roman" w:hAnsi="Times New Roman" w:cs="Times New Roman"/>
        </w:rPr>
        <w:t>تقييم</w:t>
      </w:r>
      <w:proofErr w:type="spellEnd"/>
      <w:r w:rsidR="00E33652">
        <w:t xml:space="preserve"> </w:t>
      </w:r>
      <w:proofErr w:type="spellStart"/>
      <w:r w:rsidR="00E33652" w:rsidRPr="00AA5B21">
        <w:rPr>
          <w:rFonts w:ascii="Times New Roman" w:hAnsi="Times New Roman" w:cs="Times New Roman"/>
        </w:rPr>
        <w:t>أنك</w:t>
      </w:r>
      <w:proofErr w:type="spellEnd"/>
      <w:r w:rsidR="00E33652">
        <w:t xml:space="preserve"> </w:t>
      </w:r>
      <w:proofErr w:type="spellStart"/>
      <w:r w:rsidR="00E33652" w:rsidRPr="00AA5B21">
        <w:rPr>
          <w:rFonts w:ascii="Times New Roman" w:hAnsi="Times New Roman" w:cs="Times New Roman"/>
        </w:rPr>
        <w:t>لا</w:t>
      </w:r>
      <w:proofErr w:type="spellEnd"/>
      <w:r w:rsidR="00E33652">
        <w:t xml:space="preserve"> </w:t>
      </w:r>
      <w:proofErr w:type="spellStart"/>
      <w:r w:rsidR="00E33652" w:rsidRPr="00AA5B21">
        <w:rPr>
          <w:rFonts w:ascii="Times New Roman" w:hAnsi="Times New Roman" w:cs="Times New Roman"/>
        </w:rPr>
        <w:t>تستوفي</w:t>
      </w:r>
      <w:proofErr w:type="spellEnd"/>
      <w:r w:rsidR="00E33652">
        <w:t xml:space="preserve"> </w:t>
      </w:r>
      <w:proofErr w:type="spellStart"/>
      <w:r w:rsidR="00E33652" w:rsidRPr="00AA5B21">
        <w:rPr>
          <w:rFonts w:ascii="Times New Roman" w:hAnsi="Times New Roman" w:cs="Times New Roman"/>
        </w:rPr>
        <w:t>المعايير</w:t>
      </w:r>
      <w:proofErr w:type="spellEnd"/>
      <w:r w:rsidR="00E33652">
        <w:t xml:space="preserve"> </w:t>
      </w:r>
      <w:proofErr w:type="spellStart"/>
      <w:r w:rsidR="00E33652" w:rsidRPr="00AA5B21">
        <w:rPr>
          <w:rFonts w:ascii="Times New Roman" w:hAnsi="Times New Roman" w:cs="Times New Roman"/>
        </w:rPr>
        <w:t>التالية</w:t>
      </w:r>
      <w:proofErr w:type="spellEnd"/>
    </w:p>
    <w:p w14:paraId="2433B62A" w14:textId="422DC5B4" w:rsidR="00AA5B21" w:rsidRDefault="00AA5B21" w:rsidP="00AA5B21">
      <w:pPr>
        <w:pStyle w:val="Listeafsnit"/>
        <w:numPr>
          <w:ilvl w:val="0"/>
          <w:numId w:val="12"/>
        </w:numPr>
        <w:bidi/>
      </w:pPr>
      <w:proofErr w:type="spellStart"/>
      <w:r w:rsidRPr="00AA5B21">
        <w:rPr>
          <w:rFonts w:ascii="Times New Roman" w:hAnsi="Times New Roman" w:cs="Times New Roman"/>
        </w:rPr>
        <w:t>لم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تكن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قد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تلقيت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علاجًا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بالميروبينيم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أو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البيبيراسيلين</w:t>
      </w:r>
      <w:proofErr w:type="spellEnd"/>
      <w:r>
        <w:t>/</w:t>
      </w:r>
      <w:proofErr w:type="spellStart"/>
      <w:r w:rsidRPr="00AA5B21">
        <w:rPr>
          <w:rFonts w:ascii="Times New Roman" w:hAnsi="Times New Roman" w:cs="Times New Roman"/>
        </w:rPr>
        <w:t>تازوباكتام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لأكثر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من</w:t>
      </w:r>
      <w:proofErr w:type="spellEnd"/>
      <w:r>
        <w:t xml:space="preserve"> 24 </w:t>
      </w:r>
      <w:proofErr w:type="spellStart"/>
      <w:r w:rsidRPr="00AA5B21">
        <w:rPr>
          <w:rFonts w:ascii="Times New Roman" w:hAnsi="Times New Roman" w:cs="Times New Roman"/>
        </w:rPr>
        <w:t>ساعة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قبل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المشاركة</w:t>
      </w:r>
      <w:proofErr w:type="spellEnd"/>
      <w:r>
        <w:t xml:space="preserve">   </w:t>
      </w:r>
    </w:p>
    <w:p w14:paraId="3B372324" w14:textId="77777777" w:rsidR="00AA5B21" w:rsidRDefault="00E33652" w:rsidP="00AA5B21">
      <w:pPr>
        <w:pStyle w:val="Listeafsnit"/>
        <w:numPr>
          <w:ilvl w:val="0"/>
          <w:numId w:val="12"/>
        </w:numPr>
        <w:bidi/>
      </w:pPr>
      <w:proofErr w:type="spellStart"/>
      <w:r w:rsidRPr="00AA5B21">
        <w:rPr>
          <w:rFonts w:ascii="Times New Roman" w:hAnsi="Times New Roman" w:cs="Times New Roman"/>
        </w:rPr>
        <w:t>لم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يكن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لديك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اشتباه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أو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تأكيد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بعدوى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في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الدماغ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أو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السحايا</w:t>
      </w:r>
      <w:proofErr w:type="spellEnd"/>
      <w:r>
        <w:t xml:space="preserve">  </w:t>
      </w:r>
    </w:p>
    <w:p w14:paraId="247A4481" w14:textId="39C209FB" w:rsidR="00AA5B21" w:rsidRDefault="00AA5B21" w:rsidP="00AA5B21">
      <w:pPr>
        <w:pStyle w:val="Listeafsnit"/>
        <w:numPr>
          <w:ilvl w:val="0"/>
          <w:numId w:val="12"/>
        </w:numPr>
        <w:bidi/>
      </w:pPr>
      <w:proofErr w:type="spellStart"/>
      <w:r w:rsidRPr="00AA5B21">
        <w:rPr>
          <w:rFonts w:ascii="Times New Roman" w:hAnsi="Times New Roman" w:cs="Times New Roman"/>
        </w:rPr>
        <w:t>لم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تكن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لديك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حساسية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أو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فرط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تحسس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للبنسلين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أو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مضادات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حيوية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مشابهة</w:t>
      </w:r>
      <w:proofErr w:type="spellEnd"/>
      <w:r>
        <w:t xml:space="preserve">  </w:t>
      </w:r>
    </w:p>
    <w:p w14:paraId="571542C5" w14:textId="252D5F13" w:rsidR="00AA5B21" w:rsidRPr="00AA5B21" w:rsidRDefault="00AA5B21" w:rsidP="00AA5B21">
      <w:pPr>
        <w:pStyle w:val="Listeafsnit"/>
        <w:numPr>
          <w:ilvl w:val="0"/>
          <w:numId w:val="12"/>
        </w:numPr>
        <w:bidi/>
      </w:pPr>
      <w:proofErr w:type="spellStart"/>
      <w:r w:rsidRPr="00AA5B21">
        <w:rPr>
          <w:rFonts w:ascii="Times New Roman" w:hAnsi="Times New Roman" w:cs="Times New Roman"/>
        </w:rPr>
        <w:t>لم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يكن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لديك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أو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لم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تكن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قد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أصبت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خلال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الأشهر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الثلاثة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السابقة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بعدوى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ببكتيريا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مقاومة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لأحد</w:t>
      </w:r>
      <w:proofErr w:type="spellEnd"/>
      <w:r>
        <w:t xml:space="preserve"> </w:t>
      </w:r>
      <w:proofErr w:type="spellStart"/>
      <w:r w:rsidRPr="00AA5B21">
        <w:rPr>
          <w:rFonts w:ascii="Times New Roman" w:hAnsi="Times New Roman" w:cs="Times New Roman"/>
        </w:rPr>
        <w:t>الدواءين</w:t>
      </w:r>
      <w:proofErr w:type="spellEnd"/>
      <w:r>
        <w:t xml:space="preserve">  </w:t>
      </w:r>
    </w:p>
    <w:p w14:paraId="23DE0E9D" w14:textId="3E54D251" w:rsidR="00AA5B21" w:rsidRDefault="00AA5B21" w:rsidP="00AA5B21">
      <w:pPr>
        <w:pStyle w:val="Listeafsnit"/>
        <w:numPr>
          <w:ilvl w:val="0"/>
          <w:numId w:val="12"/>
        </w:numPr>
        <w:bidi/>
      </w:pPr>
      <w:r w:rsidRPr="00AA5B21">
        <w:rPr>
          <w:rFonts w:cs="Arial" w:hint="cs"/>
          <w:rtl/>
        </w:rPr>
        <w:t>لم</w:t>
      </w:r>
      <w:r w:rsidRPr="00AA5B21">
        <w:rPr>
          <w:rFonts w:cs="Arial"/>
          <w:rtl/>
        </w:rPr>
        <w:t xml:space="preserve"> </w:t>
      </w:r>
      <w:r w:rsidRPr="00AA5B21">
        <w:rPr>
          <w:rFonts w:cs="Arial" w:hint="cs"/>
          <w:rtl/>
        </w:rPr>
        <w:t>تكن</w:t>
      </w:r>
      <w:r w:rsidRPr="00AA5B21">
        <w:rPr>
          <w:rFonts w:cs="Arial"/>
          <w:rtl/>
        </w:rPr>
        <w:t xml:space="preserve"> </w:t>
      </w:r>
      <w:r w:rsidRPr="00AA5B21">
        <w:rPr>
          <w:rFonts w:cs="Arial" w:hint="cs"/>
          <w:rtl/>
        </w:rPr>
        <w:t>تتلقى</w:t>
      </w:r>
      <w:r w:rsidRPr="00AA5B21">
        <w:rPr>
          <w:rFonts w:cs="Arial"/>
          <w:rtl/>
        </w:rPr>
        <w:t xml:space="preserve"> </w:t>
      </w:r>
      <w:r w:rsidRPr="00AA5B21">
        <w:rPr>
          <w:rFonts w:cs="Arial" w:hint="cs"/>
          <w:rtl/>
        </w:rPr>
        <w:t>علاجًا</w:t>
      </w:r>
      <w:r w:rsidRPr="00AA5B21">
        <w:rPr>
          <w:rFonts w:cs="Arial"/>
          <w:rtl/>
        </w:rPr>
        <w:t xml:space="preserve"> </w:t>
      </w:r>
      <w:r w:rsidRPr="00AA5B21">
        <w:rPr>
          <w:rFonts w:cs="Arial" w:hint="cs"/>
          <w:rtl/>
        </w:rPr>
        <w:t>بالفالبروات</w:t>
      </w:r>
      <w:r w:rsidRPr="00AA5B21">
        <w:rPr>
          <w:rFonts w:cs="Arial"/>
          <w:rtl/>
        </w:rPr>
        <w:t xml:space="preserve"> (</w:t>
      </w:r>
      <w:r w:rsidRPr="00AA5B21">
        <w:rPr>
          <w:rFonts w:cs="Arial" w:hint="cs"/>
          <w:rtl/>
        </w:rPr>
        <w:t>دواء</w:t>
      </w:r>
      <w:r w:rsidRPr="00AA5B21">
        <w:rPr>
          <w:rFonts w:cs="Arial"/>
          <w:rtl/>
        </w:rPr>
        <w:t xml:space="preserve"> </w:t>
      </w:r>
      <w:r w:rsidRPr="00AA5B21">
        <w:rPr>
          <w:rFonts w:cs="Arial" w:hint="cs"/>
          <w:rtl/>
        </w:rPr>
        <w:t>يُستخدم</w:t>
      </w:r>
      <w:r w:rsidRPr="00AA5B21">
        <w:rPr>
          <w:rFonts w:cs="Arial"/>
          <w:rtl/>
        </w:rPr>
        <w:t xml:space="preserve"> </w:t>
      </w:r>
      <w:r w:rsidRPr="00AA5B21">
        <w:rPr>
          <w:rFonts w:cs="Arial" w:hint="cs"/>
          <w:rtl/>
        </w:rPr>
        <w:t>غالبًا</w:t>
      </w:r>
      <w:r w:rsidRPr="00AA5B21">
        <w:rPr>
          <w:rFonts w:cs="Arial"/>
          <w:rtl/>
        </w:rPr>
        <w:t xml:space="preserve"> </w:t>
      </w:r>
      <w:r w:rsidRPr="00AA5B21">
        <w:rPr>
          <w:rFonts w:cs="Arial" w:hint="cs"/>
          <w:rtl/>
        </w:rPr>
        <w:t>لعلاج</w:t>
      </w:r>
      <w:r w:rsidRPr="00AA5B21">
        <w:rPr>
          <w:rFonts w:cs="Arial"/>
          <w:rtl/>
        </w:rPr>
        <w:t xml:space="preserve"> </w:t>
      </w:r>
      <w:r w:rsidRPr="00AA5B21">
        <w:rPr>
          <w:rFonts w:cs="Arial" w:hint="cs"/>
          <w:rtl/>
        </w:rPr>
        <w:t>الصر</w:t>
      </w:r>
      <w:r w:rsidRPr="00AA5B21">
        <w:rPr>
          <w:rFonts w:cs="Arial"/>
          <w:rtl/>
        </w:rPr>
        <w:t>)</w:t>
      </w:r>
    </w:p>
    <w:p w14:paraId="19F52231" w14:textId="3B1711F9" w:rsidR="00AA5B21" w:rsidRPr="00AA5B21" w:rsidRDefault="000D4B21" w:rsidP="00AA5B21">
      <w:pPr>
        <w:pStyle w:val="Listeafsnit"/>
        <w:numPr>
          <w:ilvl w:val="0"/>
          <w:numId w:val="12"/>
        </w:numPr>
        <w:bidi/>
        <w:rPr>
          <w:rFonts w:ascii="Times New Roman" w:hAnsi="Times New Roman" w:cs="Times New Roman"/>
        </w:rPr>
      </w:pPr>
      <w:proofErr w:type="spellStart"/>
      <w:r w:rsidRPr="000D4B21">
        <w:rPr>
          <w:rFonts w:ascii="Times New Roman" w:hAnsi="Times New Roman" w:cs="Times New Roman"/>
        </w:rPr>
        <w:t>لم</w:t>
      </w:r>
      <w:proofErr w:type="spellEnd"/>
      <w:r w:rsidRPr="000D4B21">
        <w:rPr>
          <w:rFonts w:ascii="Times New Roman" w:hAnsi="Times New Roman" w:cs="Times New Roman"/>
        </w:rPr>
        <w:t xml:space="preserve"> </w:t>
      </w:r>
      <w:proofErr w:type="spellStart"/>
      <w:r w:rsidRPr="000D4B21">
        <w:rPr>
          <w:rFonts w:ascii="Times New Roman" w:hAnsi="Times New Roman" w:cs="Times New Roman"/>
        </w:rPr>
        <w:t>تكوني</w:t>
      </w:r>
      <w:proofErr w:type="spellEnd"/>
      <w:r w:rsidRPr="000D4B21">
        <w:rPr>
          <w:rFonts w:ascii="Times New Roman" w:hAnsi="Times New Roman" w:cs="Times New Roman"/>
        </w:rPr>
        <w:t xml:space="preserve"> </w:t>
      </w:r>
      <w:proofErr w:type="spellStart"/>
      <w:r w:rsidRPr="000D4B21">
        <w:rPr>
          <w:rFonts w:ascii="Times New Roman" w:hAnsi="Times New Roman" w:cs="Times New Roman"/>
        </w:rPr>
        <w:t>حاملاً</w:t>
      </w:r>
      <w:proofErr w:type="spellEnd"/>
      <w:r w:rsidR="00AA5B21">
        <w:br/>
      </w:r>
    </w:p>
    <w:p w14:paraId="5AF3294D" w14:textId="77777777" w:rsidR="00AA5B21" w:rsidRDefault="00AA5B21" w:rsidP="00AA5B21">
      <w:pPr>
        <w:bidi/>
      </w:pPr>
    </w:p>
    <w:p w14:paraId="2B18751A" w14:textId="45FDC3CF" w:rsidR="001C6CFD" w:rsidRDefault="00E33652" w:rsidP="00EB22EB">
      <w:pPr>
        <w:bidi/>
      </w:pPr>
      <w:proofErr w:type="spellStart"/>
      <w:r w:rsidRPr="00730B36">
        <w:rPr>
          <w:rFonts w:ascii="Times New Roman" w:hAnsi="Times New Roman" w:cs="Times New Roman"/>
          <w:b/>
          <w:bCs/>
        </w:rPr>
        <w:t>إ</w:t>
      </w:r>
      <w:r w:rsidRPr="00730B36">
        <w:rPr>
          <w:b/>
          <w:bCs/>
        </w:rPr>
        <w:t>يقاف</w:t>
      </w:r>
      <w:proofErr w:type="spellEnd"/>
      <w:r w:rsidRPr="00730B36">
        <w:rPr>
          <w:b/>
          <w:bCs/>
        </w:rPr>
        <w:t xml:space="preserve"> </w:t>
      </w:r>
      <w:proofErr w:type="spellStart"/>
      <w:r w:rsidRPr="00730B36">
        <w:rPr>
          <w:b/>
          <w:bCs/>
        </w:rPr>
        <w:t>المشاركة</w:t>
      </w:r>
      <w:proofErr w:type="spellEnd"/>
      <w:r>
        <w:br/>
      </w:r>
      <w:proofErr w:type="spellStart"/>
      <w:r>
        <w:t>يمكنك</w:t>
      </w:r>
      <w:proofErr w:type="spellEnd"/>
      <w:r>
        <w:t xml:space="preserve"> </w:t>
      </w:r>
      <w:proofErr w:type="spellStart"/>
      <w:r>
        <w:t>الانسحاب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أي</w:t>
      </w:r>
      <w:proofErr w:type="spellEnd"/>
      <w:r>
        <w:t xml:space="preserve"> </w:t>
      </w:r>
      <w:proofErr w:type="spellStart"/>
      <w:r>
        <w:t>وقت</w:t>
      </w:r>
      <w:proofErr w:type="spellEnd"/>
      <w:r>
        <w:t xml:space="preserve"> </w:t>
      </w:r>
      <w:proofErr w:type="spellStart"/>
      <w:r>
        <w:t>دون</w:t>
      </w:r>
      <w:proofErr w:type="spellEnd"/>
      <w:r>
        <w:t xml:space="preserve"> </w:t>
      </w:r>
      <w:proofErr w:type="spellStart"/>
      <w:r>
        <w:t>إبداء</w:t>
      </w:r>
      <w:proofErr w:type="spellEnd"/>
      <w:r>
        <w:t xml:space="preserve"> </w:t>
      </w:r>
      <w:proofErr w:type="spellStart"/>
      <w:r>
        <w:t>سبب</w:t>
      </w:r>
      <w:proofErr w:type="spellEnd"/>
      <w:r>
        <w:t xml:space="preserve">، </w:t>
      </w:r>
      <w:proofErr w:type="spellStart"/>
      <w:r>
        <w:t>ولن</w:t>
      </w:r>
      <w:proofErr w:type="spellEnd"/>
      <w:r>
        <w:t xml:space="preserve"> </w:t>
      </w:r>
      <w:proofErr w:type="spellStart"/>
      <w:r>
        <w:t>يؤثر</w:t>
      </w:r>
      <w:proofErr w:type="spellEnd"/>
      <w:r>
        <w:t xml:space="preserve"> </w:t>
      </w:r>
      <w:proofErr w:type="spellStart"/>
      <w:r>
        <w:t>ذلك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علاقتك</w:t>
      </w:r>
      <w:proofErr w:type="spellEnd"/>
      <w:r>
        <w:t xml:space="preserve"> </w:t>
      </w:r>
      <w:proofErr w:type="spellStart"/>
      <w:r>
        <w:t>بالأطباء</w:t>
      </w:r>
      <w:proofErr w:type="spellEnd"/>
      <w:r>
        <w:t xml:space="preserve"> </w:t>
      </w:r>
      <w:proofErr w:type="spellStart"/>
      <w:r>
        <w:t>أو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علاجك</w:t>
      </w:r>
      <w:proofErr w:type="spellEnd"/>
      <w:r>
        <w:t xml:space="preserve">  </w:t>
      </w:r>
      <w:r w:rsidR="00EA61E2" w:rsidRPr="00391748">
        <w:rPr>
          <w:rtl/>
        </w:rPr>
        <w:t>۔</w:t>
      </w:r>
      <w:r>
        <w:br/>
      </w:r>
      <w:proofErr w:type="spellStart"/>
      <w:r>
        <w:t>سيستمر</w:t>
      </w:r>
      <w:proofErr w:type="spellEnd"/>
      <w:r>
        <w:t xml:space="preserve"> </w:t>
      </w:r>
      <w:proofErr w:type="spellStart"/>
      <w:r>
        <w:t>علاجك</w:t>
      </w:r>
      <w:proofErr w:type="spellEnd"/>
      <w:r>
        <w:t xml:space="preserve"> </w:t>
      </w:r>
      <w:proofErr w:type="spellStart"/>
      <w:r>
        <w:t>كأي</w:t>
      </w:r>
      <w:proofErr w:type="spellEnd"/>
      <w:r>
        <w:t xml:space="preserve"> </w:t>
      </w:r>
      <w:proofErr w:type="spellStart"/>
      <w:r>
        <w:t>مريض</w:t>
      </w:r>
      <w:proofErr w:type="spellEnd"/>
      <w:r>
        <w:t xml:space="preserve"> </w:t>
      </w:r>
      <w:proofErr w:type="spellStart"/>
      <w:r>
        <w:t>آخر</w:t>
      </w:r>
      <w:proofErr w:type="spellEnd"/>
      <w:r w:rsidR="00EA61E2" w:rsidRPr="00391748">
        <w:rPr>
          <w:rtl/>
        </w:rPr>
        <w:t>۔</w:t>
      </w:r>
    </w:p>
    <w:p w14:paraId="64512CF3" w14:textId="77D79F02" w:rsidR="001C6CFD" w:rsidRDefault="00E33652" w:rsidP="00EB22EB">
      <w:pPr>
        <w:bidi/>
      </w:pPr>
      <w:proofErr w:type="spellStart"/>
      <w:r>
        <w:t>قد</w:t>
      </w:r>
      <w:proofErr w:type="spellEnd"/>
      <w:r>
        <w:t xml:space="preserve"> </w:t>
      </w:r>
      <w:proofErr w:type="spellStart"/>
      <w:r>
        <w:t>يقرر</w:t>
      </w:r>
      <w:proofErr w:type="spellEnd"/>
      <w:r>
        <w:t xml:space="preserve"> </w:t>
      </w:r>
      <w:proofErr w:type="spellStart"/>
      <w:r>
        <w:t>الأطباء</w:t>
      </w:r>
      <w:proofErr w:type="spellEnd"/>
      <w:r>
        <w:t xml:space="preserve"> </w:t>
      </w:r>
      <w:proofErr w:type="spellStart"/>
      <w:r>
        <w:t>أيضًا</w:t>
      </w:r>
      <w:proofErr w:type="spellEnd"/>
      <w:r>
        <w:t xml:space="preserve"> </w:t>
      </w:r>
      <w:proofErr w:type="spellStart"/>
      <w:r>
        <w:t>إيقاف</w:t>
      </w:r>
      <w:proofErr w:type="spellEnd"/>
      <w:r>
        <w:t xml:space="preserve"> </w:t>
      </w:r>
      <w:proofErr w:type="spellStart"/>
      <w:r>
        <w:t>مشاركتك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، </w:t>
      </w:r>
      <w:proofErr w:type="spellStart"/>
      <w:r>
        <w:t>وسيتم</w:t>
      </w:r>
      <w:proofErr w:type="spellEnd"/>
      <w:r>
        <w:t xml:space="preserve"> </w:t>
      </w:r>
      <w:proofErr w:type="spellStart"/>
      <w:r>
        <w:t>إبلاغك</w:t>
      </w:r>
      <w:proofErr w:type="spellEnd"/>
      <w:r>
        <w:t xml:space="preserve"> </w:t>
      </w:r>
      <w:proofErr w:type="spellStart"/>
      <w:r>
        <w:t>بالسبب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الحالة</w:t>
      </w:r>
      <w:proofErr w:type="spellEnd"/>
      <w:r w:rsidR="00581AB9" w:rsidRPr="00391748">
        <w:rPr>
          <w:rtl/>
        </w:rPr>
        <w:t>۔</w:t>
      </w:r>
    </w:p>
    <w:p w14:paraId="271B8854" w14:textId="1D99BD36" w:rsidR="002F443F" w:rsidRDefault="00E33652" w:rsidP="002F443F">
      <w:pPr>
        <w:bidi/>
      </w:pPr>
      <w:proofErr w:type="spellStart"/>
      <w:r>
        <w:t>في</w:t>
      </w:r>
      <w:proofErr w:type="spellEnd"/>
      <w:r>
        <w:t xml:space="preserve"> </w:t>
      </w:r>
      <w:proofErr w:type="spellStart"/>
      <w:r>
        <w:t>حال</w:t>
      </w:r>
      <w:proofErr w:type="spellEnd"/>
      <w:r>
        <w:t xml:space="preserve"> </w:t>
      </w:r>
      <w:proofErr w:type="spellStart"/>
      <w:r>
        <w:t>انسحابك</w:t>
      </w:r>
      <w:proofErr w:type="spellEnd"/>
      <w:r>
        <w:t xml:space="preserve">، </w:t>
      </w:r>
      <w:proofErr w:type="spellStart"/>
      <w:r>
        <w:t>قد</w:t>
      </w:r>
      <w:proofErr w:type="spellEnd"/>
      <w:r>
        <w:t xml:space="preserve"> </w:t>
      </w:r>
      <w:proofErr w:type="spellStart"/>
      <w:r>
        <w:t>يُطلب</w:t>
      </w:r>
      <w:proofErr w:type="spellEnd"/>
      <w:r>
        <w:t xml:space="preserve"> </w:t>
      </w:r>
      <w:proofErr w:type="spellStart"/>
      <w:r>
        <w:t>منك</w:t>
      </w:r>
      <w:proofErr w:type="spellEnd"/>
      <w:r>
        <w:t xml:space="preserve"> </w:t>
      </w:r>
      <w:proofErr w:type="spellStart"/>
      <w:r>
        <w:t>السماح</w:t>
      </w:r>
      <w:proofErr w:type="spellEnd"/>
      <w:r>
        <w:t xml:space="preserve"> </w:t>
      </w:r>
      <w:proofErr w:type="spellStart"/>
      <w:r>
        <w:t>بالاستمرار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جمع</w:t>
      </w:r>
      <w:proofErr w:type="spellEnd"/>
      <w:r>
        <w:t xml:space="preserve"> </w:t>
      </w:r>
      <w:proofErr w:type="spellStart"/>
      <w:r>
        <w:t>البيانات</w:t>
      </w:r>
      <w:proofErr w:type="spellEnd"/>
      <w:r>
        <w:t xml:space="preserve"> </w:t>
      </w:r>
      <w:proofErr w:type="spellStart"/>
      <w:r>
        <w:t>والمتابعة</w:t>
      </w:r>
      <w:proofErr w:type="spellEnd"/>
      <w:r>
        <w:t xml:space="preserve"> </w:t>
      </w:r>
      <w:proofErr w:type="spellStart"/>
      <w:r>
        <w:t>حتى</w:t>
      </w:r>
      <w:proofErr w:type="spellEnd"/>
      <w:r>
        <w:t xml:space="preserve"> 180 </w:t>
      </w:r>
      <w:proofErr w:type="spellStart"/>
      <w:r>
        <w:t>يومًا</w:t>
      </w:r>
      <w:proofErr w:type="spellEnd"/>
      <w:r>
        <w:t xml:space="preserve"> </w:t>
      </w:r>
      <w:proofErr w:type="spellStart"/>
      <w:r>
        <w:t>بعد</w:t>
      </w:r>
      <w:proofErr w:type="spellEnd"/>
      <w:r>
        <w:t xml:space="preserve"> </w:t>
      </w:r>
      <w:proofErr w:type="spellStart"/>
      <w:r>
        <w:t>المشاركة</w:t>
      </w:r>
      <w:proofErr w:type="spellEnd"/>
      <w:r>
        <w:t xml:space="preserve">  </w:t>
      </w:r>
      <w:r w:rsidR="00897D19" w:rsidRPr="00391748">
        <w:rPr>
          <w:rtl/>
        </w:rPr>
        <w:t>۔</w:t>
      </w:r>
      <w:r>
        <w:br/>
      </w:r>
      <w:proofErr w:type="spellStart"/>
      <w:r>
        <w:t>سحب</w:t>
      </w:r>
      <w:proofErr w:type="spellEnd"/>
      <w:r>
        <w:t xml:space="preserve"> </w:t>
      </w:r>
      <w:proofErr w:type="spellStart"/>
      <w:r>
        <w:t>الموافقة</w:t>
      </w:r>
      <w:proofErr w:type="spellEnd"/>
      <w:r>
        <w:t xml:space="preserve"> </w:t>
      </w:r>
      <w:proofErr w:type="spellStart"/>
      <w:r>
        <w:t>لا</w:t>
      </w:r>
      <w:proofErr w:type="spellEnd"/>
      <w:r>
        <w:t xml:space="preserve"> </w:t>
      </w:r>
      <w:proofErr w:type="spellStart"/>
      <w:r>
        <w:t>يؤثر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استخدام</w:t>
      </w:r>
      <w:proofErr w:type="spellEnd"/>
      <w:r>
        <w:t xml:space="preserve"> </w:t>
      </w:r>
      <w:proofErr w:type="spellStart"/>
      <w:r>
        <w:t>البيانات</w:t>
      </w:r>
      <w:proofErr w:type="spellEnd"/>
      <w:r>
        <w:t xml:space="preserve"> </w:t>
      </w:r>
      <w:proofErr w:type="spellStart"/>
      <w:r>
        <w:t>التي</w:t>
      </w:r>
      <w:proofErr w:type="spellEnd"/>
      <w:r>
        <w:t xml:space="preserve"> </w:t>
      </w:r>
      <w:proofErr w:type="spellStart"/>
      <w:r>
        <w:t>تم</w:t>
      </w:r>
      <w:proofErr w:type="spellEnd"/>
      <w:r>
        <w:t xml:space="preserve"> </w:t>
      </w:r>
      <w:proofErr w:type="spellStart"/>
      <w:r>
        <w:t>جمعها</w:t>
      </w:r>
      <w:proofErr w:type="spellEnd"/>
      <w:r>
        <w:t xml:space="preserve"> </w:t>
      </w:r>
      <w:proofErr w:type="spellStart"/>
      <w:r>
        <w:t>قبل</w:t>
      </w:r>
      <w:proofErr w:type="spellEnd"/>
      <w:r>
        <w:t xml:space="preserve"> </w:t>
      </w:r>
      <w:proofErr w:type="spellStart"/>
      <w:r>
        <w:t>سحبها</w:t>
      </w:r>
      <w:proofErr w:type="spellEnd"/>
      <w:r w:rsidR="00897D19" w:rsidRPr="00391748">
        <w:rPr>
          <w:rtl/>
        </w:rPr>
        <w:t>۔</w:t>
      </w:r>
    </w:p>
    <w:p w14:paraId="2104A010" w14:textId="77777777" w:rsidR="002F443F" w:rsidRPr="000D2668" w:rsidRDefault="002F443F" w:rsidP="002F443F">
      <w:pPr>
        <w:bidi/>
        <w:rPr>
          <w:b/>
          <w:bCs/>
        </w:rPr>
      </w:pPr>
      <w:proofErr w:type="spellStart"/>
      <w:r w:rsidRPr="000D2668">
        <w:rPr>
          <w:b/>
          <w:bCs/>
        </w:rPr>
        <w:t>العيوب</w:t>
      </w:r>
      <w:proofErr w:type="spellEnd"/>
    </w:p>
    <w:p w14:paraId="3638182F" w14:textId="497D493F" w:rsidR="002F443F" w:rsidRDefault="002F443F" w:rsidP="002F443F">
      <w:pPr>
        <w:bidi/>
      </w:pPr>
      <w:proofErr w:type="spellStart"/>
      <w:r>
        <w:t>الأدوية</w:t>
      </w:r>
      <w:proofErr w:type="spellEnd"/>
      <w:r>
        <w:t xml:space="preserve"> </w:t>
      </w:r>
      <w:proofErr w:type="spellStart"/>
      <w:r>
        <w:t>المستخدمة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التجربة</w:t>
      </w:r>
      <w:proofErr w:type="spellEnd"/>
      <w:r>
        <w:t xml:space="preserve"> </w:t>
      </w:r>
      <w:proofErr w:type="spellStart"/>
      <w:r>
        <w:t>هي</w:t>
      </w:r>
      <w:proofErr w:type="spellEnd"/>
      <w:r>
        <w:t xml:space="preserve"> </w:t>
      </w:r>
      <w:proofErr w:type="spellStart"/>
      <w:r>
        <w:t>منتجات</w:t>
      </w:r>
      <w:proofErr w:type="spellEnd"/>
      <w:r>
        <w:t xml:space="preserve"> </w:t>
      </w:r>
      <w:proofErr w:type="spellStart"/>
      <w:r>
        <w:t>طبية</w:t>
      </w:r>
      <w:proofErr w:type="spellEnd"/>
      <w:r>
        <w:t xml:space="preserve"> </w:t>
      </w:r>
      <w:proofErr w:type="spellStart"/>
      <w:r>
        <w:t>تُستعمل</w:t>
      </w:r>
      <w:proofErr w:type="spellEnd"/>
      <w:r>
        <w:t xml:space="preserve"> </w:t>
      </w:r>
      <w:proofErr w:type="spellStart"/>
      <w:r>
        <w:t>بكثرة</w:t>
      </w:r>
      <w:proofErr w:type="spellEnd"/>
      <w:r w:rsidRPr="00391748">
        <w:rPr>
          <w:rtl/>
        </w:rPr>
        <w:t>۔</w:t>
      </w:r>
      <w:r>
        <w:br/>
      </w:r>
      <w:proofErr w:type="spellStart"/>
      <w:r>
        <w:t>لذلك</w:t>
      </w:r>
      <w:proofErr w:type="spellEnd"/>
      <w:r>
        <w:t xml:space="preserve"> </w:t>
      </w:r>
      <w:proofErr w:type="spellStart"/>
      <w:r>
        <w:t>فإن</w:t>
      </w:r>
      <w:proofErr w:type="spellEnd"/>
      <w:r>
        <w:t xml:space="preserve"> </w:t>
      </w:r>
      <w:proofErr w:type="spellStart"/>
      <w:r>
        <w:t>سلامتها</w:t>
      </w:r>
      <w:proofErr w:type="spellEnd"/>
      <w:r>
        <w:t xml:space="preserve"> </w:t>
      </w:r>
      <w:proofErr w:type="spellStart"/>
      <w:r>
        <w:t>وآثارها</w:t>
      </w:r>
      <w:proofErr w:type="spellEnd"/>
      <w:r>
        <w:t xml:space="preserve"> </w:t>
      </w:r>
      <w:proofErr w:type="spellStart"/>
      <w:r>
        <w:t>الجانبية</w:t>
      </w:r>
      <w:proofErr w:type="spellEnd"/>
      <w:r>
        <w:t xml:space="preserve"> </w:t>
      </w:r>
      <w:proofErr w:type="spellStart"/>
      <w:r>
        <w:t>معروفة</w:t>
      </w:r>
      <w:proofErr w:type="spellEnd"/>
      <w:r>
        <w:t xml:space="preserve"> </w:t>
      </w:r>
      <w:proofErr w:type="spellStart"/>
      <w:r>
        <w:t>جيدًا</w:t>
      </w:r>
      <w:proofErr w:type="spellEnd"/>
      <w:r w:rsidRPr="00391748">
        <w:rPr>
          <w:rtl/>
        </w:rPr>
        <w:t>۔</w:t>
      </w:r>
      <w:r>
        <w:br/>
      </w:r>
      <w:r>
        <w:lastRenderedPageBreak/>
        <w:t xml:space="preserve"> </w:t>
      </w:r>
      <w:proofErr w:type="spellStart"/>
      <w:r>
        <w:t>ورغم</w:t>
      </w:r>
      <w:proofErr w:type="spellEnd"/>
      <w:r>
        <w:t xml:space="preserve"> </w:t>
      </w:r>
      <w:proofErr w:type="spellStart"/>
      <w:r>
        <w:t>أن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الأدوية</w:t>
      </w:r>
      <w:proofErr w:type="spellEnd"/>
      <w:r>
        <w:t xml:space="preserve"> </w:t>
      </w:r>
      <w:proofErr w:type="spellStart"/>
      <w:r>
        <w:t>تُعد</w:t>
      </w:r>
      <w:proofErr w:type="spellEnd"/>
      <w:r>
        <w:t xml:space="preserve"> </w:t>
      </w:r>
      <w:proofErr w:type="spellStart"/>
      <w:r>
        <w:t>عمومًا</w:t>
      </w:r>
      <w:proofErr w:type="spellEnd"/>
      <w:r>
        <w:t xml:space="preserve"> </w:t>
      </w:r>
      <w:proofErr w:type="spellStart"/>
      <w:r>
        <w:t>آمنة</w:t>
      </w:r>
      <w:proofErr w:type="spellEnd"/>
      <w:r>
        <w:t xml:space="preserve">، </w:t>
      </w:r>
      <w:proofErr w:type="spellStart"/>
      <w:r>
        <w:t>فقد</w:t>
      </w:r>
      <w:proofErr w:type="spellEnd"/>
      <w:r>
        <w:t xml:space="preserve"> </w:t>
      </w:r>
      <w:proofErr w:type="spellStart"/>
      <w:r>
        <w:t>تحدث</w:t>
      </w:r>
      <w:proofErr w:type="spellEnd"/>
      <w:r>
        <w:t xml:space="preserve"> </w:t>
      </w:r>
      <w:proofErr w:type="spellStart"/>
      <w:r>
        <w:t>مع</w:t>
      </w:r>
      <w:proofErr w:type="spellEnd"/>
      <w:r>
        <w:t xml:space="preserve"> </w:t>
      </w:r>
      <w:proofErr w:type="spellStart"/>
      <w:r>
        <w:t>ذلك</w:t>
      </w:r>
      <w:proofErr w:type="spellEnd"/>
      <w:r>
        <w:t xml:space="preserve"> </w:t>
      </w:r>
      <w:proofErr w:type="spellStart"/>
      <w:r>
        <w:t>تفاعلات</w:t>
      </w:r>
      <w:proofErr w:type="spellEnd"/>
      <w:r>
        <w:t xml:space="preserve"> </w:t>
      </w:r>
      <w:proofErr w:type="spellStart"/>
      <w:r>
        <w:t>غير</w:t>
      </w:r>
      <w:proofErr w:type="spellEnd"/>
      <w:r>
        <w:t xml:space="preserve"> </w:t>
      </w:r>
      <w:proofErr w:type="spellStart"/>
      <w:r>
        <w:t>متوقعة</w:t>
      </w:r>
      <w:proofErr w:type="spellEnd"/>
      <w:r>
        <w:t xml:space="preserve"> </w:t>
      </w:r>
      <w:proofErr w:type="spellStart"/>
      <w:r>
        <w:t>أو</w:t>
      </w:r>
      <w:proofErr w:type="spellEnd"/>
      <w:r>
        <w:t xml:space="preserve"> </w:t>
      </w:r>
      <w:proofErr w:type="spellStart"/>
      <w:r>
        <w:t>مضاعفات</w:t>
      </w:r>
      <w:proofErr w:type="spellEnd"/>
      <w:r>
        <w:t xml:space="preserve"> </w:t>
      </w:r>
      <w:proofErr w:type="spellStart"/>
      <w:r>
        <w:t>مرتبطة</w:t>
      </w:r>
      <w:proofErr w:type="spellEnd"/>
      <w:r>
        <w:t xml:space="preserve"> </w:t>
      </w:r>
      <w:proofErr w:type="spellStart"/>
      <w:r>
        <w:t>باستخدام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الأدوية</w:t>
      </w:r>
      <w:proofErr w:type="spellEnd"/>
      <w:r>
        <w:t xml:space="preserve">، </w:t>
      </w:r>
      <w:proofErr w:type="spellStart"/>
      <w:r>
        <w:t>بما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ذلك</w:t>
      </w:r>
      <w:proofErr w:type="spellEnd"/>
      <w:r>
        <w:t xml:space="preserve"> </w:t>
      </w:r>
      <w:proofErr w:type="spellStart"/>
      <w:r>
        <w:t>أثناء</w:t>
      </w:r>
      <w:proofErr w:type="spellEnd"/>
      <w:r>
        <w:t xml:space="preserve"> </w:t>
      </w:r>
      <w:proofErr w:type="spellStart"/>
      <w:r>
        <w:t>التجارب</w:t>
      </w:r>
      <w:proofErr w:type="spellEnd"/>
      <w:r>
        <w:t xml:space="preserve"> </w:t>
      </w:r>
      <w:proofErr w:type="spellStart"/>
      <w:r>
        <w:t>السريرية</w:t>
      </w:r>
      <w:proofErr w:type="spellEnd"/>
      <w:r w:rsidRPr="00391748">
        <w:rPr>
          <w:rtl/>
        </w:rPr>
        <w:t>۔</w:t>
      </w:r>
    </w:p>
    <w:p w14:paraId="56963366" w14:textId="367858B8" w:rsidR="001C6CFD" w:rsidRPr="002F443F" w:rsidRDefault="00E33652" w:rsidP="002F443F">
      <w:pPr>
        <w:bidi/>
        <w:rPr>
          <w:b/>
          <w:bCs/>
        </w:rPr>
      </w:pPr>
      <w:proofErr w:type="spellStart"/>
      <w:r w:rsidRPr="00730B36">
        <w:rPr>
          <w:b/>
          <w:bCs/>
        </w:rPr>
        <w:t>الآثار</w:t>
      </w:r>
      <w:proofErr w:type="spellEnd"/>
      <w:r w:rsidRPr="00730B36">
        <w:rPr>
          <w:b/>
          <w:bCs/>
        </w:rPr>
        <w:t xml:space="preserve"> </w:t>
      </w:r>
      <w:proofErr w:type="spellStart"/>
      <w:r w:rsidRPr="00730B36">
        <w:rPr>
          <w:b/>
          <w:bCs/>
        </w:rPr>
        <w:t>الجانبية</w:t>
      </w:r>
      <w:proofErr w:type="spellEnd"/>
      <w:r w:rsidRPr="00730B36">
        <w:rPr>
          <w:b/>
          <w:bCs/>
        </w:rPr>
        <w:t xml:space="preserve"> </w:t>
      </w:r>
      <w:proofErr w:type="spellStart"/>
      <w:r w:rsidRPr="00730B36">
        <w:rPr>
          <w:b/>
          <w:bCs/>
        </w:rPr>
        <w:t>والمخاطر</w:t>
      </w:r>
      <w:proofErr w:type="spellEnd"/>
      <w:r>
        <w:br/>
      </w:r>
      <w:proofErr w:type="spellStart"/>
      <w:r>
        <w:t>ميروبينيم</w:t>
      </w:r>
      <w:proofErr w:type="spellEnd"/>
      <w:r>
        <w:t xml:space="preserve"> </w:t>
      </w:r>
      <w:proofErr w:type="spellStart"/>
      <w:r>
        <w:t>وبيبيراسيلين</w:t>
      </w:r>
      <w:proofErr w:type="spellEnd"/>
      <w:r>
        <w:t>/</w:t>
      </w:r>
      <w:proofErr w:type="spellStart"/>
      <w:r>
        <w:t>تازوباكتام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الأدوية</w:t>
      </w:r>
      <w:proofErr w:type="spellEnd"/>
      <w:r>
        <w:t xml:space="preserve"> </w:t>
      </w:r>
      <w:proofErr w:type="spellStart"/>
      <w:r>
        <w:t>المعروفة</w:t>
      </w:r>
      <w:proofErr w:type="spellEnd"/>
      <w:r>
        <w:t xml:space="preserve"> </w:t>
      </w:r>
      <w:proofErr w:type="spellStart"/>
      <w:r>
        <w:t>والمستخدمة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نطاق</w:t>
      </w:r>
      <w:proofErr w:type="spellEnd"/>
      <w:r>
        <w:t xml:space="preserve"> </w:t>
      </w:r>
      <w:proofErr w:type="spellStart"/>
      <w:r>
        <w:t>واسع</w:t>
      </w:r>
      <w:proofErr w:type="spellEnd"/>
      <w:r>
        <w:t xml:space="preserve"> </w:t>
      </w:r>
      <w:r w:rsidR="00897D19" w:rsidRPr="00391748">
        <w:rPr>
          <w:rtl/>
        </w:rPr>
        <w:t>۔</w:t>
      </w:r>
      <w:r>
        <w:br/>
      </w:r>
      <w:proofErr w:type="spellStart"/>
      <w:r>
        <w:t>تشمل</w:t>
      </w:r>
      <w:proofErr w:type="spellEnd"/>
      <w:r>
        <w:t xml:space="preserve"> </w:t>
      </w:r>
      <w:proofErr w:type="spellStart"/>
      <w:r>
        <w:t>الآثار</w:t>
      </w:r>
      <w:proofErr w:type="spellEnd"/>
      <w:r>
        <w:t xml:space="preserve"> </w:t>
      </w:r>
      <w:proofErr w:type="spellStart"/>
      <w:r>
        <w:t>الجانبية</w:t>
      </w:r>
      <w:proofErr w:type="spellEnd"/>
      <w:r>
        <w:t xml:space="preserve"> </w:t>
      </w:r>
      <w:proofErr w:type="spellStart"/>
      <w:r>
        <w:t>الشائعة</w:t>
      </w:r>
      <w:proofErr w:type="spellEnd"/>
      <w:r>
        <w:t xml:space="preserve">: </w:t>
      </w:r>
      <w:proofErr w:type="spellStart"/>
      <w:r>
        <w:t>الإسهال</w:t>
      </w:r>
      <w:proofErr w:type="spellEnd"/>
      <w:r>
        <w:t xml:space="preserve">، </w:t>
      </w:r>
      <w:proofErr w:type="spellStart"/>
      <w:r>
        <w:t>آلام</w:t>
      </w:r>
      <w:proofErr w:type="spellEnd"/>
      <w:r>
        <w:t xml:space="preserve"> </w:t>
      </w:r>
      <w:proofErr w:type="spellStart"/>
      <w:r>
        <w:t>البطن</w:t>
      </w:r>
      <w:proofErr w:type="spellEnd"/>
      <w:r>
        <w:t xml:space="preserve">، </w:t>
      </w:r>
      <w:proofErr w:type="spellStart"/>
      <w:r>
        <w:t>الغثيان</w:t>
      </w:r>
      <w:proofErr w:type="spellEnd"/>
      <w:r>
        <w:t xml:space="preserve">، </w:t>
      </w:r>
      <w:proofErr w:type="spellStart"/>
      <w:r>
        <w:t>القيء</w:t>
      </w:r>
      <w:proofErr w:type="spellEnd"/>
      <w:r>
        <w:t xml:space="preserve">، </w:t>
      </w:r>
      <w:proofErr w:type="spellStart"/>
      <w:r>
        <w:t>الحكة</w:t>
      </w:r>
      <w:proofErr w:type="spellEnd"/>
      <w:r>
        <w:t xml:space="preserve"> </w:t>
      </w:r>
      <w:proofErr w:type="spellStart"/>
      <w:r>
        <w:t>الجلدية</w:t>
      </w:r>
      <w:proofErr w:type="spellEnd"/>
      <w:r>
        <w:t xml:space="preserve">، </w:t>
      </w:r>
      <w:proofErr w:type="spellStart"/>
      <w:r>
        <w:t>والطفح</w:t>
      </w:r>
      <w:proofErr w:type="spellEnd"/>
      <w:r>
        <w:t xml:space="preserve"> </w:t>
      </w:r>
      <w:proofErr w:type="spellStart"/>
      <w:r>
        <w:t>الجلدي</w:t>
      </w:r>
      <w:proofErr w:type="spellEnd"/>
      <w:r w:rsidR="00DB0821" w:rsidRPr="00391748">
        <w:rPr>
          <w:rtl/>
        </w:rPr>
        <w:t>۔</w:t>
      </w:r>
    </w:p>
    <w:p w14:paraId="5B3EB0B6" w14:textId="5E0125AF" w:rsidR="001C6CFD" w:rsidRDefault="00E33652" w:rsidP="00EB22EB">
      <w:pPr>
        <w:bidi/>
      </w:pPr>
      <w:proofErr w:type="spellStart"/>
      <w:r>
        <w:t>الآثار</w:t>
      </w:r>
      <w:proofErr w:type="spellEnd"/>
      <w:r>
        <w:t xml:space="preserve"> </w:t>
      </w:r>
      <w:proofErr w:type="spellStart"/>
      <w:r>
        <w:t>الجانبية</w:t>
      </w:r>
      <w:proofErr w:type="spellEnd"/>
      <w:r>
        <w:t xml:space="preserve"> </w:t>
      </w:r>
      <w:proofErr w:type="spellStart"/>
      <w:r>
        <w:t>الخطيرة</w:t>
      </w:r>
      <w:proofErr w:type="spellEnd"/>
      <w:r>
        <w:t xml:space="preserve"> </w:t>
      </w:r>
      <w:proofErr w:type="spellStart"/>
      <w:r>
        <w:t>نادرة</w:t>
      </w:r>
      <w:proofErr w:type="spellEnd"/>
      <w:r>
        <w:t xml:space="preserve">، </w:t>
      </w:r>
      <w:proofErr w:type="spellStart"/>
      <w:r>
        <w:t>وتشمل</w:t>
      </w:r>
      <w:proofErr w:type="spellEnd"/>
      <w:r>
        <w:t xml:space="preserve"> </w:t>
      </w:r>
      <w:proofErr w:type="spellStart"/>
      <w:r>
        <w:t>تفاعلات</w:t>
      </w:r>
      <w:proofErr w:type="spellEnd"/>
      <w:r>
        <w:t xml:space="preserve"> </w:t>
      </w:r>
      <w:proofErr w:type="spellStart"/>
      <w:r>
        <w:t>تحسسية</w:t>
      </w:r>
      <w:proofErr w:type="spellEnd"/>
      <w:r>
        <w:t xml:space="preserve"> </w:t>
      </w:r>
      <w:proofErr w:type="spellStart"/>
      <w:r>
        <w:t>شديدة</w:t>
      </w:r>
      <w:proofErr w:type="spellEnd"/>
      <w:r>
        <w:t xml:space="preserve">، </w:t>
      </w:r>
      <w:proofErr w:type="spellStart"/>
      <w:r>
        <w:t>التهابات</w:t>
      </w:r>
      <w:proofErr w:type="spellEnd"/>
      <w:r>
        <w:t xml:space="preserve"> </w:t>
      </w:r>
      <w:proofErr w:type="spellStart"/>
      <w:r>
        <w:t>فطرية</w:t>
      </w:r>
      <w:proofErr w:type="spellEnd"/>
      <w:r>
        <w:t xml:space="preserve">، </w:t>
      </w:r>
      <w:proofErr w:type="spellStart"/>
      <w:r>
        <w:t>التهاب</w:t>
      </w:r>
      <w:proofErr w:type="spellEnd"/>
      <w:r>
        <w:t xml:space="preserve"> </w:t>
      </w:r>
      <w:proofErr w:type="spellStart"/>
      <w:r>
        <w:t>القولون</w:t>
      </w:r>
      <w:proofErr w:type="spellEnd"/>
      <w:r>
        <w:t xml:space="preserve">، </w:t>
      </w:r>
      <w:proofErr w:type="spellStart"/>
      <w:r>
        <w:t>وانحلال</w:t>
      </w:r>
      <w:proofErr w:type="spellEnd"/>
      <w:r>
        <w:t xml:space="preserve"> </w:t>
      </w:r>
      <w:proofErr w:type="spellStart"/>
      <w:r>
        <w:t>البشرة</w:t>
      </w:r>
      <w:proofErr w:type="spellEnd"/>
      <w:r>
        <w:t xml:space="preserve"> </w:t>
      </w:r>
      <w:proofErr w:type="spellStart"/>
      <w:r>
        <w:t>السمي</w:t>
      </w:r>
      <w:proofErr w:type="spellEnd"/>
      <w:r>
        <w:t xml:space="preserve">  </w:t>
      </w:r>
      <w:r>
        <w:br/>
      </w:r>
      <w:proofErr w:type="spellStart"/>
      <w:r>
        <w:t>قد</w:t>
      </w:r>
      <w:proofErr w:type="spellEnd"/>
      <w:r>
        <w:t xml:space="preserve"> </w:t>
      </w:r>
      <w:proofErr w:type="spellStart"/>
      <w:r>
        <w:t>توجد</w:t>
      </w:r>
      <w:proofErr w:type="spellEnd"/>
      <w:r>
        <w:t xml:space="preserve"> </w:t>
      </w:r>
      <w:proofErr w:type="spellStart"/>
      <w:r>
        <w:t>مخاطر</w:t>
      </w:r>
      <w:proofErr w:type="spellEnd"/>
      <w:r>
        <w:t xml:space="preserve"> </w:t>
      </w:r>
      <w:proofErr w:type="spellStart"/>
      <w:r>
        <w:t>غير</w:t>
      </w:r>
      <w:proofErr w:type="spellEnd"/>
      <w:r>
        <w:t xml:space="preserve"> </w:t>
      </w:r>
      <w:proofErr w:type="spellStart"/>
      <w:r>
        <w:t>معروفة</w:t>
      </w:r>
      <w:proofErr w:type="spellEnd"/>
      <w:r>
        <w:t xml:space="preserve"> </w:t>
      </w:r>
      <w:proofErr w:type="spellStart"/>
      <w:r>
        <w:t>حاليًا</w:t>
      </w:r>
      <w:proofErr w:type="spellEnd"/>
      <w:r>
        <w:t xml:space="preserve">، </w:t>
      </w:r>
      <w:proofErr w:type="spellStart"/>
      <w:r>
        <w:t>وسيتم</w:t>
      </w:r>
      <w:proofErr w:type="spellEnd"/>
      <w:r>
        <w:t xml:space="preserve"> </w:t>
      </w:r>
      <w:proofErr w:type="spellStart"/>
      <w:r>
        <w:t>إبلاغك</w:t>
      </w:r>
      <w:proofErr w:type="spellEnd"/>
      <w:r>
        <w:t xml:space="preserve"> </w:t>
      </w:r>
      <w:proofErr w:type="spellStart"/>
      <w:r>
        <w:t>فورًا</w:t>
      </w:r>
      <w:proofErr w:type="spellEnd"/>
      <w:r>
        <w:t xml:space="preserve"> </w:t>
      </w:r>
      <w:proofErr w:type="spellStart"/>
      <w:r>
        <w:t>إذا</w:t>
      </w:r>
      <w:proofErr w:type="spellEnd"/>
      <w:r>
        <w:t xml:space="preserve"> </w:t>
      </w:r>
      <w:proofErr w:type="spellStart"/>
      <w:r>
        <w:t>ظهرت</w:t>
      </w:r>
      <w:proofErr w:type="spellEnd"/>
      <w:r>
        <w:t xml:space="preserve"> </w:t>
      </w:r>
      <w:proofErr w:type="spellStart"/>
      <w:r>
        <w:t>معلومات</w:t>
      </w:r>
      <w:proofErr w:type="spellEnd"/>
      <w:r>
        <w:t xml:space="preserve"> </w:t>
      </w:r>
      <w:proofErr w:type="spellStart"/>
      <w:r>
        <w:t>جديدة</w:t>
      </w:r>
      <w:proofErr w:type="spellEnd"/>
      <w:r w:rsidR="00FD1837" w:rsidRPr="00391748">
        <w:rPr>
          <w:rtl/>
        </w:rPr>
        <w:t>۔</w:t>
      </w:r>
    </w:p>
    <w:p w14:paraId="0F0E1C19" w14:textId="4BDEF79C" w:rsidR="001C6CFD" w:rsidRDefault="00E33652" w:rsidP="00EB22EB">
      <w:pPr>
        <w:bidi/>
      </w:pPr>
      <w:proofErr w:type="spellStart"/>
      <w:r w:rsidRPr="00730B36">
        <w:rPr>
          <w:b/>
          <w:bCs/>
        </w:rPr>
        <w:t>السرية</w:t>
      </w:r>
      <w:proofErr w:type="spellEnd"/>
      <w:r>
        <w:br/>
      </w:r>
      <w:proofErr w:type="spellStart"/>
      <w:r>
        <w:t>سيتم</w:t>
      </w:r>
      <w:proofErr w:type="spellEnd"/>
      <w:r>
        <w:t xml:space="preserve"> </w:t>
      </w:r>
      <w:proofErr w:type="spellStart"/>
      <w:r>
        <w:t>التعامل</w:t>
      </w:r>
      <w:proofErr w:type="spellEnd"/>
      <w:r>
        <w:t xml:space="preserve"> </w:t>
      </w:r>
      <w:proofErr w:type="spellStart"/>
      <w:r>
        <w:t>مع</w:t>
      </w:r>
      <w:proofErr w:type="spellEnd"/>
      <w:r>
        <w:t xml:space="preserve"> </w:t>
      </w:r>
      <w:proofErr w:type="spellStart"/>
      <w:r>
        <w:t>جميع</w:t>
      </w:r>
      <w:proofErr w:type="spellEnd"/>
      <w:r>
        <w:t xml:space="preserve"> </w:t>
      </w:r>
      <w:proofErr w:type="spellStart"/>
      <w:r>
        <w:t>المعلومات</w:t>
      </w:r>
      <w:proofErr w:type="spellEnd"/>
      <w:r>
        <w:t xml:space="preserve"> </w:t>
      </w:r>
      <w:proofErr w:type="spellStart"/>
      <w:r>
        <w:t>بسرية</w:t>
      </w:r>
      <w:proofErr w:type="spellEnd"/>
      <w:r>
        <w:t xml:space="preserve"> </w:t>
      </w:r>
      <w:proofErr w:type="spellStart"/>
      <w:r>
        <w:t>تامة</w:t>
      </w:r>
      <w:proofErr w:type="spellEnd"/>
      <w:r>
        <w:t xml:space="preserve">، </w:t>
      </w:r>
      <w:proofErr w:type="spellStart"/>
      <w:r>
        <w:t>وستكون</w:t>
      </w:r>
      <w:proofErr w:type="spellEnd"/>
      <w:r>
        <w:t xml:space="preserve"> </w:t>
      </w:r>
      <w:proofErr w:type="spellStart"/>
      <w:r>
        <w:t>مجهول</w:t>
      </w:r>
      <w:proofErr w:type="spellEnd"/>
      <w:r>
        <w:t xml:space="preserve"> </w:t>
      </w:r>
      <w:proofErr w:type="spellStart"/>
      <w:r>
        <w:t>الهوية</w:t>
      </w:r>
      <w:proofErr w:type="spellEnd"/>
      <w:r>
        <w:t xml:space="preserve"> </w:t>
      </w:r>
      <w:proofErr w:type="spellStart"/>
      <w:r>
        <w:t>عند</w:t>
      </w:r>
      <w:proofErr w:type="spellEnd"/>
      <w:r>
        <w:t xml:space="preserve"> </w:t>
      </w:r>
      <w:proofErr w:type="spellStart"/>
      <w:r>
        <w:t>نشر</w:t>
      </w:r>
      <w:proofErr w:type="spellEnd"/>
      <w:r>
        <w:t xml:space="preserve"> </w:t>
      </w:r>
      <w:proofErr w:type="spellStart"/>
      <w:r>
        <w:t>النتائج</w:t>
      </w:r>
      <w:proofErr w:type="spellEnd"/>
      <w:r>
        <w:t xml:space="preserve"> </w:t>
      </w:r>
      <w:r w:rsidR="003E448C" w:rsidRPr="00391748">
        <w:rPr>
          <w:rtl/>
        </w:rPr>
        <w:t>۔</w:t>
      </w:r>
      <w:r>
        <w:br/>
      </w:r>
      <w:proofErr w:type="spellStart"/>
      <w:r>
        <w:t>يحق</w:t>
      </w:r>
      <w:proofErr w:type="spellEnd"/>
      <w:r>
        <w:t xml:space="preserve"> </w:t>
      </w:r>
      <w:proofErr w:type="spellStart"/>
      <w:r>
        <w:t>للهيئات</w:t>
      </w:r>
      <w:proofErr w:type="spellEnd"/>
      <w:r>
        <w:t xml:space="preserve"> </w:t>
      </w:r>
      <w:proofErr w:type="spellStart"/>
      <w:r>
        <w:t>الرقابية</w:t>
      </w:r>
      <w:proofErr w:type="spellEnd"/>
      <w:r>
        <w:t xml:space="preserve"> </w:t>
      </w:r>
      <w:proofErr w:type="spellStart"/>
      <w:r>
        <w:t>والطبيب</w:t>
      </w:r>
      <w:proofErr w:type="spellEnd"/>
      <w:r>
        <w:t xml:space="preserve"> </w:t>
      </w:r>
      <w:proofErr w:type="spellStart"/>
      <w:r>
        <w:t>المسؤول</w:t>
      </w:r>
      <w:proofErr w:type="spellEnd"/>
      <w:r>
        <w:t xml:space="preserve"> </w:t>
      </w:r>
      <w:proofErr w:type="spellStart"/>
      <w:r>
        <w:t>الاطلاع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ملفك</w:t>
      </w:r>
      <w:proofErr w:type="spellEnd"/>
      <w:r>
        <w:t xml:space="preserve"> </w:t>
      </w:r>
      <w:proofErr w:type="spellStart"/>
      <w:r>
        <w:t>الطبي</w:t>
      </w:r>
      <w:proofErr w:type="spellEnd"/>
      <w:r>
        <w:t xml:space="preserve"> </w:t>
      </w:r>
      <w:proofErr w:type="spellStart"/>
      <w:r>
        <w:t>لضمان</w:t>
      </w:r>
      <w:proofErr w:type="spellEnd"/>
      <w:r>
        <w:t xml:space="preserve"> </w:t>
      </w:r>
      <w:proofErr w:type="spellStart"/>
      <w:r>
        <w:t>سير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 </w:t>
      </w:r>
      <w:proofErr w:type="spellStart"/>
      <w:r>
        <w:t>بشكل</w:t>
      </w:r>
      <w:proofErr w:type="spellEnd"/>
      <w:r>
        <w:t xml:space="preserve"> </w:t>
      </w:r>
      <w:proofErr w:type="spellStart"/>
      <w:r>
        <w:t>صحيح</w:t>
      </w:r>
      <w:proofErr w:type="spellEnd"/>
      <w:r>
        <w:t xml:space="preserve">، </w:t>
      </w:r>
      <w:proofErr w:type="spellStart"/>
      <w:r>
        <w:t>وهم</w:t>
      </w:r>
      <w:proofErr w:type="spellEnd"/>
      <w:r>
        <w:t xml:space="preserve"> </w:t>
      </w:r>
      <w:proofErr w:type="spellStart"/>
      <w:r>
        <w:t>ملتزمون</w:t>
      </w:r>
      <w:proofErr w:type="spellEnd"/>
      <w:r>
        <w:t xml:space="preserve"> </w:t>
      </w:r>
      <w:proofErr w:type="spellStart"/>
      <w:r>
        <w:t>بواجب</w:t>
      </w:r>
      <w:proofErr w:type="spellEnd"/>
      <w:r>
        <w:t xml:space="preserve"> </w:t>
      </w:r>
      <w:proofErr w:type="spellStart"/>
      <w:r>
        <w:t>السرية</w:t>
      </w:r>
      <w:proofErr w:type="spellEnd"/>
      <w:r>
        <w:t xml:space="preserve">  </w:t>
      </w:r>
      <w:r w:rsidR="00926350" w:rsidRPr="00391748">
        <w:rPr>
          <w:rtl/>
        </w:rPr>
        <w:t>۔</w:t>
      </w:r>
      <w:r>
        <w:br/>
      </w:r>
      <w:proofErr w:type="spellStart"/>
      <w:r>
        <w:t>تتم</w:t>
      </w:r>
      <w:proofErr w:type="spellEnd"/>
      <w:r>
        <w:t xml:space="preserve"> </w:t>
      </w:r>
      <w:proofErr w:type="spellStart"/>
      <w:r>
        <w:t>معالجة</w:t>
      </w:r>
      <w:proofErr w:type="spellEnd"/>
      <w:r>
        <w:t xml:space="preserve"> </w:t>
      </w:r>
      <w:proofErr w:type="spellStart"/>
      <w:r>
        <w:t>البيانات</w:t>
      </w:r>
      <w:proofErr w:type="spellEnd"/>
      <w:r>
        <w:t xml:space="preserve"> </w:t>
      </w:r>
      <w:proofErr w:type="spellStart"/>
      <w:r>
        <w:t>وفقًا</w:t>
      </w:r>
      <w:proofErr w:type="spellEnd"/>
      <w:r>
        <w:t xml:space="preserve"> </w:t>
      </w:r>
      <w:proofErr w:type="spellStart"/>
      <w:r>
        <w:t>للائحة</w:t>
      </w:r>
      <w:proofErr w:type="spellEnd"/>
      <w:r>
        <w:t xml:space="preserve"> </w:t>
      </w:r>
      <w:proofErr w:type="spellStart"/>
      <w:r>
        <w:t>حماية</w:t>
      </w:r>
      <w:proofErr w:type="spellEnd"/>
      <w:r>
        <w:t xml:space="preserve"> </w:t>
      </w:r>
      <w:proofErr w:type="spellStart"/>
      <w:r>
        <w:t>البيانات</w:t>
      </w:r>
      <w:proofErr w:type="spellEnd"/>
      <w:r>
        <w:t xml:space="preserve"> </w:t>
      </w:r>
      <w:proofErr w:type="spellStart"/>
      <w:r>
        <w:t>العامة</w:t>
      </w:r>
      <w:proofErr w:type="spellEnd"/>
      <w:r>
        <w:t xml:space="preserve"> (GDPR) </w:t>
      </w:r>
      <w:proofErr w:type="spellStart"/>
      <w:r>
        <w:t>وقانون</w:t>
      </w:r>
      <w:proofErr w:type="spellEnd"/>
      <w:r>
        <w:t xml:space="preserve"> </w:t>
      </w:r>
      <w:proofErr w:type="spellStart"/>
      <w:r>
        <w:t>حماية</w:t>
      </w:r>
      <w:proofErr w:type="spellEnd"/>
      <w:r>
        <w:t xml:space="preserve"> </w:t>
      </w:r>
      <w:proofErr w:type="spellStart"/>
      <w:r>
        <w:t>البيانات</w:t>
      </w:r>
      <w:proofErr w:type="spellEnd"/>
      <w:r>
        <w:t xml:space="preserve"> </w:t>
      </w:r>
      <w:proofErr w:type="spellStart"/>
      <w:r>
        <w:t>الدنماركي</w:t>
      </w:r>
      <w:proofErr w:type="spellEnd"/>
      <w:r w:rsidR="00E8434E" w:rsidRPr="00391748">
        <w:rPr>
          <w:rtl/>
        </w:rPr>
        <w:t>۔</w:t>
      </w:r>
    </w:p>
    <w:p w14:paraId="169F8FF0" w14:textId="77777777" w:rsidR="00FA66F8" w:rsidRDefault="00FA66F8" w:rsidP="00FA66F8">
      <w:pPr>
        <w:bidi/>
      </w:pPr>
    </w:p>
    <w:p w14:paraId="2B58A6BA" w14:textId="6D54F2FA" w:rsidR="001C6CFD" w:rsidRPr="00E33652" w:rsidRDefault="00E33652" w:rsidP="00E33652">
      <w:pPr>
        <w:bidi/>
        <w:rPr>
          <w:b/>
          <w:bCs/>
        </w:rPr>
      </w:pPr>
      <w:r w:rsidRPr="00D93D4B">
        <w:rPr>
          <w:b/>
          <w:bCs/>
          <w:rtl/>
        </w:rPr>
        <w:t>تمويل الدراسة</w:t>
      </w:r>
      <w:r>
        <w:br/>
      </w:r>
      <w:proofErr w:type="spellStart"/>
      <w:r>
        <w:t>تم</w:t>
      </w:r>
      <w:proofErr w:type="spellEnd"/>
      <w:r>
        <w:t xml:space="preserve"> </w:t>
      </w:r>
      <w:proofErr w:type="spellStart"/>
      <w:r>
        <w:t>تمويل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عدة</w:t>
      </w:r>
      <w:proofErr w:type="spellEnd"/>
      <w:r>
        <w:t xml:space="preserve"> </w:t>
      </w:r>
      <w:proofErr w:type="spellStart"/>
      <w:r>
        <w:t>جهات</w:t>
      </w:r>
      <w:proofErr w:type="spellEnd"/>
      <w:r>
        <w:t xml:space="preserve"> </w:t>
      </w:r>
      <w:proofErr w:type="spellStart"/>
      <w:r>
        <w:t>بحثية</w:t>
      </w:r>
      <w:proofErr w:type="spellEnd"/>
      <w:r>
        <w:t xml:space="preserve"> </w:t>
      </w:r>
      <w:proofErr w:type="spellStart"/>
      <w:r>
        <w:t>وصناديق</w:t>
      </w:r>
      <w:proofErr w:type="spellEnd"/>
      <w:r>
        <w:t xml:space="preserve"> </w:t>
      </w:r>
      <w:proofErr w:type="spellStart"/>
      <w:r>
        <w:t>دعم</w:t>
      </w:r>
      <w:proofErr w:type="spellEnd"/>
      <w:r>
        <w:t xml:space="preserve"> </w:t>
      </w:r>
      <w:proofErr w:type="spellStart"/>
      <w:r>
        <w:t>علمي</w:t>
      </w:r>
      <w:proofErr w:type="spellEnd"/>
      <w:r>
        <w:t xml:space="preserve">، </w:t>
      </w:r>
      <w:proofErr w:type="spellStart"/>
      <w:r>
        <w:t>دون</w:t>
      </w:r>
      <w:proofErr w:type="spellEnd"/>
      <w:r>
        <w:t xml:space="preserve"> </w:t>
      </w:r>
      <w:proofErr w:type="spellStart"/>
      <w:r>
        <w:t>تدخل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الجهات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تصميم</w:t>
      </w:r>
      <w:proofErr w:type="spellEnd"/>
      <w:r>
        <w:t xml:space="preserve"> </w:t>
      </w:r>
      <w:proofErr w:type="spellStart"/>
      <w:r>
        <w:t>أو</w:t>
      </w:r>
      <w:proofErr w:type="spellEnd"/>
      <w:r>
        <w:t xml:space="preserve"> </w:t>
      </w:r>
      <w:proofErr w:type="spellStart"/>
      <w:r>
        <w:t>تنفيذ</w:t>
      </w:r>
      <w:proofErr w:type="spellEnd"/>
      <w:r>
        <w:t xml:space="preserve"> </w:t>
      </w:r>
      <w:proofErr w:type="spellStart"/>
      <w:r>
        <w:t>أو</w:t>
      </w:r>
      <w:proofErr w:type="spellEnd"/>
      <w:r>
        <w:t xml:space="preserve"> </w:t>
      </w:r>
      <w:proofErr w:type="spellStart"/>
      <w:r>
        <w:t>تحليل</w:t>
      </w:r>
      <w:proofErr w:type="spellEnd"/>
      <w:r>
        <w:t xml:space="preserve"> </w:t>
      </w:r>
      <w:proofErr w:type="spellStart"/>
      <w:r>
        <w:t>أو</w:t>
      </w:r>
      <w:proofErr w:type="spellEnd"/>
      <w:r>
        <w:t xml:space="preserve"> </w:t>
      </w:r>
      <w:proofErr w:type="spellStart"/>
      <w:r>
        <w:t>نشر</w:t>
      </w:r>
      <w:proofErr w:type="spellEnd"/>
      <w:r>
        <w:t xml:space="preserve"> </w:t>
      </w:r>
      <w:proofErr w:type="spellStart"/>
      <w:r>
        <w:t>نتائج</w:t>
      </w:r>
      <w:proofErr w:type="spellEnd"/>
      <w:r>
        <w:t xml:space="preserve"> </w:t>
      </w:r>
      <w:proofErr w:type="spellStart"/>
      <w:r>
        <w:t>الدراسة</w:t>
      </w:r>
      <w:proofErr w:type="spellEnd"/>
      <w:r w:rsidR="00B940F2" w:rsidRPr="00391748">
        <w:rPr>
          <w:rtl/>
        </w:rPr>
        <w:t>۔</w:t>
      </w:r>
    </w:p>
    <w:p w14:paraId="2972FA61" w14:textId="7F637A5A" w:rsidR="00784E99" w:rsidRDefault="00784E99" w:rsidP="00784E99">
      <w:pPr>
        <w:bidi/>
      </w:pPr>
      <w:r>
        <w:rPr>
          <w:rFonts w:cs="Arial" w:hint="cs"/>
          <w:rtl/>
        </w:rPr>
        <w:t>تشمل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تمويلاً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الدنماركي</w:t>
      </w:r>
      <w:r>
        <w:rPr>
          <w:rFonts w:cs="Arial"/>
          <w:rtl/>
        </w:rPr>
        <w:t xml:space="preserve"> (4,220,996 </w:t>
      </w:r>
      <w:r>
        <w:rPr>
          <w:rFonts w:cs="Arial" w:hint="cs"/>
          <w:rtl/>
        </w:rPr>
        <w:t>كرونة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دنماركية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ريجسهوبيتاليت</w:t>
      </w:r>
      <w:r>
        <w:rPr>
          <w:rFonts w:cs="Arial"/>
          <w:rtl/>
        </w:rPr>
        <w:t xml:space="preserve"> (2,040,000 </w:t>
      </w:r>
      <w:r>
        <w:rPr>
          <w:rFonts w:cs="Arial" w:hint="cs"/>
          <w:rtl/>
        </w:rPr>
        <w:t>كرونة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دنماركية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وصندوق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إقليم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العاصمة</w:t>
      </w:r>
      <w:r>
        <w:rPr>
          <w:rFonts w:cs="Arial"/>
          <w:rtl/>
        </w:rPr>
        <w:t xml:space="preserve"> (1,740,428 </w:t>
      </w:r>
      <w:r>
        <w:rPr>
          <w:rFonts w:cs="Arial" w:hint="cs"/>
          <w:rtl/>
        </w:rPr>
        <w:t>كرونة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دنماركية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بيكِت</w:t>
      </w:r>
      <w:r>
        <w:rPr>
          <w:rFonts w:cs="Arial"/>
          <w:rtl/>
        </w:rPr>
        <w:t xml:space="preserve"> (100,000 </w:t>
      </w:r>
      <w:r>
        <w:rPr>
          <w:rFonts w:cs="Arial" w:hint="cs"/>
          <w:rtl/>
        </w:rPr>
        <w:t>كرونة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دنماركية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غولدمان</w:t>
      </w:r>
      <w:r>
        <w:rPr>
          <w:rFonts w:cs="Arial"/>
          <w:rtl/>
        </w:rPr>
        <w:t xml:space="preserve"> (100,000 </w:t>
      </w:r>
      <w:r>
        <w:rPr>
          <w:rFonts w:cs="Arial" w:hint="cs"/>
          <w:rtl/>
        </w:rPr>
        <w:t>كرونة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دنماركية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إهرنرايش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وزوجته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إهرنرايش</w:t>
      </w:r>
      <w:r>
        <w:rPr>
          <w:rFonts w:cs="Arial"/>
          <w:rtl/>
        </w:rPr>
        <w:t xml:space="preserve"> (512,000 </w:t>
      </w:r>
      <w:r>
        <w:rPr>
          <w:rFonts w:cs="Arial" w:hint="cs"/>
          <w:rtl/>
        </w:rPr>
        <w:t>كرونة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دنماركية</w:t>
      </w:r>
      <w:r>
        <w:rPr>
          <w:rFonts w:cs="Arial"/>
          <w:rtl/>
        </w:rPr>
        <w:t>)</w:t>
      </w:r>
      <w:r w:rsidR="002A7C45" w:rsidRPr="00391748">
        <w:rPr>
          <w:rtl/>
        </w:rPr>
        <w:t>۔</w:t>
      </w:r>
    </w:p>
    <w:p w14:paraId="73BF2D06" w14:textId="70B7304E" w:rsidR="00FA66F8" w:rsidRDefault="00784E99" w:rsidP="00E620BE">
      <w:pPr>
        <w:bidi/>
      </w:pPr>
      <w:r>
        <w:rPr>
          <w:rFonts w:cs="Arial" w:hint="cs"/>
          <w:rtl/>
        </w:rPr>
        <w:t>تستخدم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التحتية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والمنهجية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المركزة</w:t>
      </w:r>
      <w:r>
        <w:rPr>
          <w:rFonts w:cs="Arial"/>
          <w:rtl/>
        </w:rPr>
        <w:t xml:space="preserve"> (</w:t>
      </w:r>
      <w:r>
        <w:t>INCEPT</w:t>
      </w:r>
      <w:r>
        <w:rPr>
          <w:rFonts w:cs="Arial"/>
          <w:rtl/>
        </w:rPr>
        <w:t>) ‏</w:t>
      </w:r>
      <w:r>
        <w:t>(www.incept.dk)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والمموّل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نورديسك</w:t>
      </w:r>
      <w:r>
        <w:rPr>
          <w:rFonts w:cs="Arial"/>
          <w:rtl/>
        </w:rPr>
        <w:t xml:space="preserve"> (29,985,000 </w:t>
      </w:r>
      <w:r>
        <w:rPr>
          <w:rFonts w:cs="Arial" w:hint="cs"/>
          <w:rtl/>
        </w:rPr>
        <w:t>كرونة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دنماركية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دانمارك</w:t>
      </w:r>
      <w:r>
        <w:rPr>
          <w:rFonts w:cs="Arial"/>
          <w:rtl/>
        </w:rPr>
        <w:t xml:space="preserve">" (7,300,000 </w:t>
      </w:r>
      <w:r>
        <w:rPr>
          <w:rFonts w:cs="Arial" w:hint="cs"/>
          <w:rtl/>
        </w:rPr>
        <w:t>كرونة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دنماركية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وبدعم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إهرنرايش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وزوجته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إهرنرايش</w:t>
      </w:r>
      <w:r>
        <w:rPr>
          <w:rFonts w:cs="Arial"/>
          <w:rtl/>
        </w:rPr>
        <w:t xml:space="preserve"> (200,000 </w:t>
      </w:r>
      <w:r>
        <w:rPr>
          <w:rFonts w:cs="Arial" w:hint="cs"/>
          <w:rtl/>
        </w:rPr>
        <w:t>كرونة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دنماركية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مارشال</w:t>
      </w:r>
      <w:r>
        <w:rPr>
          <w:rFonts w:cs="Arial"/>
          <w:rtl/>
        </w:rPr>
        <w:t xml:space="preserve"> (93,516 </w:t>
      </w:r>
      <w:r>
        <w:rPr>
          <w:rFonts w:cs="Arial" w:hint="cs"/>
          <w:rtl/>
        </w:rPr>
        <w:t>كرونة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دنماركية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يِبّه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وزوجته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أوفيتا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يول</w:t>
      </w:r>
      <w:r>
        <w:rPr>
          <w:rFonts w:cs="Arial"/>
          <w:rtl/>
        </w:rPr>
        <w:t xml:space="preserve"> (1,000,000 </w:t>
      </w:r>
      <w:r>
        <w:rPr>
          <w:rFonts w:cs="Arial" w:hint="cs"/>
          <w:rtl/>
        </w:rPr>
        <w:t>كرونة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دنماركية</w:t>
      </w:r>
      <w:r>
        <w:rPr>
          <w:rFonts w:cs="Arial"/>
          <w:rtl/>
        </w:rPr>
        <w:t>)</w:t>
      </w:r>
      <w:r w:rsidR="002A7C45" w:rsidRPr="00391748">
        <w:rPr>
          <w:rtl/>
        </w:rPr>
        <w:t>۔</w:t>
      </w:r>
    </w:p>
    <w:p w14:paraId="34E75C16" w14:textId="77777777" w:rsidR="00784E99" w:rsidRDefault="00784E99" w:rsidP="00784E99">
      <w:pPr>
        <w:bidi/>
      </w:pPr>
    </w:p>
    <w:p w14:paraId="63224B4F" w14:textId="0F0C7925" w:rsidR="006F0A74" w:rsidRDefault="00E33652" w:rsidP="00E33652">
      <w:pPr>
        <w:bidi/>
      </w:pPr>
      <w:proofErr w:type="spellStart"/>
      <w:r w:rsidRPr="00730B36">
        <w:rPr>
          <w:b/>
          <w:bCs/>
        </w:rPr>
        <w:t>التأمين</w:t>
      </w:r>
      <w:proofErr w:type="spellEnd"/>
      <w:r>
        <w:br/>
      </w:r>
      <w:proofErr w:type="spellStart"/>
      <w:r>
        <w:t>أنت</w:t>
      </w:r>
      <w:proofErr w:type="spellEnd"/>
      <w:r>
        <w:t xml:space="preserve"> </w:t>
      </w:r>
      <w:proofErr w:type="spellStart"/>
      <w:r>
        <w:t>مشمول</w:t>
      </w:r>
      <w:proofErr w:type="spellEnd"/>
      <w:r>
        <w:t xml:space="preserve"> </w:t>
      </w:r>
      <w:proofErr w:type="spellStart"/>
      <w:r>
        <w:t>بالتغطية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نظام</w:t>
      </w:r>
      <w:proofErr w:type="spellEnd"/>
      <w:r>
        <w:t xml:space="preserve"> </w:t>
      </w:r>
      <w:proofErr w:type="spellStart"/>
      <w:r>
        <w:t>تعويض</w:t>
      </w:r>
      <w:proofErr w:type="spellEnd"/>
      <w:r>
        <w:t xml:space="preserve"> </w:t>
      </w:r>
      <w:proofErr w:type="spellStart"/>
      <w:r>
        <w:t>المرضى</w:t>
      </w:r>
      <w:proofErr w:type="spellEnd"/>
      <w:r>
        <w:t xml:space="preserve"> </w:t>
      </w:r>
      <w:proofErr w:type="spellStart"/>
      <w:r>
        <w:t>أثناء</w:t>
      </w:r>
      <w:proofErr w:type="spellEnd"/>
      <w:r>
        <w:t xml:space="preserve"> </w:t>
      </w:r>
      <w:proofErr w:type="spellStart"/>
      <w:r>
        <w:t>مشاركتك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الدراسة</w:t>
      </w:r>
      <w:proofErr w:type="spellEnd"/>
      <w:r w:rsidR="0065544A" w:rsidRPr="00391748">
        <w:rPr>
          <w:rtl/>
        </w:rPr>
        <w:t>۔</w:t>
      </w:r>
    </w:p>
    <w:p w14:paraId="71D9FEEA" w14:textId="77777777" w:rsidR="00E33652" w:rsidRDefault="00E33652" w:rsidP="00E33652">
      <w:pPr>
        <w:bidi/>
      </w:pPr>
    </w:p>
    <w:p w14:paraId="0B51F86A" w14:textId="24FE5C48" w:rsidR="006F0A74" w:rsidRDefault="00E33652" w:rsidP="00784E99">
      <w:pPr>
        <w:bidi/>
      </w:pPr>
      <w:proofErr w:type="spellStart"/>
      <w:r w:rsidRPr="00730B36">
        <w:rPr>
          <w:b/>
          <w:bCs/>
        </w:rPr>
        <w:t>نتائج</w:t>
      </w:r>
      <w:proofErr w:type="spellEnd"/>
      <w:r w:rsidRPr="00730B36">
        <w:rPr>
          <w:b/>
          <w:bCs/>
        </w:rPr>
        <w:t xml:space="preserve"> </w:t>
      </w:r>
      <w:proofErr w:type="spellStart"/>
      <w:r w:rsidRPr="00730B36">
        <w:rPr>
          <w:b/>
          <w:bCs/>
        </w:rPr>
        <w:t>الدراسة</w:t>
      </w:r>
      <w:proofErr w:type="spellEnd"/>
      <w:r>
        <w:br/>
      </w:r>
      <w:proofErr w:type="spellStart"/>
      <w:r>
        <w:t>سيتم</w:t>
      </w:r>
      <w:proofErr w:type="spellEnd"/>
      <w:r>
        <w:t xml:space="preserve"> </w:t>
      </w:r>
      <w:proofErr w:type="spellStart"/>
      <w:r>
        <w:t>نشر</w:t>
      </w:r>
      <w:proofErr w:type="spellEnd"/>
      <w:r>
        <w:t xml:space="preserve"> </w:t>
      </w:r>
      <w:proofErr w:type="spellStart"/>
      <w:r>
        <w:t>نتائج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مجلة</w:t>
      </w:r>
      <w:proofErr w:type="spellEnd"/>
      <w:r>
        <w:t xml:space="preserve"> </w:t>
      </w:r>
      <w:proofErr w:type="spellStart"/>
      <w:r>
        <w:t>علمية</w:t>
      </w:r>
      <w:proofErr w:type="spellEnd"/>
      <w:r>
        <w:t xml:space="preserve"> </w:t>
      </w:r>
      <w:proofErr w:type="spellStart"/>
      <w:r>
        <w:t>دولية</w:t>
      </w:r>
      <w:proofErr w:type="spellEnd"/>
      <w:r>
        <w:t xml:space="preserve">، </w:t>
      </w:r>
      <w:proofErr w:type="spellStart"/>
      <w:r>
        <w:t>كما</w:t>
      </w:r>
      <w:proofErr w:type="spellEnd"/>
      <w:r>
        <w:t xml:space="preserve"> </w:t>
      </w:r>
      <w:proofErr w:type="spellStart"/>
      <w:r>
        <w:t>سيتم</w:t>
      </w:r>
      <w:proofErr w:type="spellEnd"/>
      <w:r>
        <w:t xml:space="preserve"> </w:t>
      </w:r>
      <w:proofErr w:type="spellStart"/>
      <w:r>
        <w:t>نشر</w:t>
      </w:r>
      <w:proofErr w:type="spellEnd"/>
      <w:r>
        <w:t xml:space="preserve"> </w:t>
      </w:r>
      <w:proofErr w:type="spellStart"/>
      <w:r>
        <w:t>ملخص</w:t>
      </w:r>
      <w:proofErr w:type="spellEnd"/>
      <w:r>
        <w:t xml:space="preserve"> </w:t>
      </w:r>
      <w:proofErr w:type="spellStart"/>
      <w:r>
        <w:t>بلغة</w:t>
      </w:r>
      <w:proofErr w:type="spellEnd"/>
      <w:r>
        <w:t xml:space="preserve"> </w:t>
      </w:r>
      <w:proofErr w:type="spellStart"/>
      <w:r>
        <w:t>مبسطة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قاعدة</w:t>
      </w:r>
      <w:proofErr w:type="spellEnd"/>
      <w:r>
        <w:t xml:space="preserve"> </w:t>
      </w:r>
      <w:proofErr w:type="spellStart"/>
      <w:r>
        <w:t>بيانات</w:t>
      </w:r>
      <w:proofErr w:type="spellEnd"/>
      <w:r>
        <w:t xml:space="preserve"> </w:t>
      </w:r>
      <w:proofErr w:type="spellStart"/>
      <w:r>
        <w:t>الاتحاد</w:t>
      </w:r>
      <w:proofErr w:type="spellEnd"/>
      <w:r>
        <w:t xml:space="preserve"> </w:t>
      </w:r>
      <w:proofErr w:type="spellStart"/>
      <w:r>
        <w:t>الأوروبي</w:t>
      </w:r>
      <w:proofErr w:type="spellEnd"/>
      <w:r>
        <w:t xml:space="preserve"> </w:t>
      </w:r>
      <w:proofErr w:type="spellStart"/>
      <w:r>
        <w:t>للتجارب</w:t>
      </w:r>
      <w:proofErr w:type="spellEnd"/>
      <w:r>
        <w:t xml:space="preserve"> </w:t>
      </w:r>
      <w:proofErr w:type="spellStart"/>
      <w:r>
        <w:t>السريرية</w:t>
      </w:r>
      <w:proofErr w:type="spellEnd"/>
      <w:r w:rsidR="00A668A3" w:rsidRPr="00391748">
        <w:rPr>
          <w:rtl/>
        </w:rPr>
        <w:t>۔</w:t>
      </w:r>
    </w:p>
    <w:p w14:paraId="7568FA3F" w14:textId="77777777" w:rsidR="00FA66F8" w:rsidRDefault="00FA66F8" w:rsidP="00FA66F8">
      <w:pPr>
        <w:bidi/>
      </w:pPr>
    </w:p>
    <w:p w14:paraId="7F5514AA" w14:textId="327AB458" w:rsidR="001C6CFD" w:rsidRDefault="00E33652" w:rsidP="00C4068E">
      <w:pPr>
        <w:bidi/>
      </w:pPr>
      <w:proofErr w:type="spellStart"/>
      <w:r w:rsidRPr="00730B36">
        <w:rPr>
          <w:b/>
          <w:bCs/>
        </w:rPr>
        <w:t>التواصل</w:t>
      </w:r>
      <w:proofErr w:type="spellEnd"/>
      <w:r>
        <w:br/>
      </w:r>
      <w:proofErr w:type="spellStart"/>
      <w:r>
        <w:t>إذا</w:t>
      </w:r>
      <w:proofErr w:type="spellEnd"/>
      <w:r>
        <w:t xml:space="preserve"> </w:t>
      </w:r>
      <w:proofErr w:type="spellStart"/>
      <w:r>
        <w:t>كانت</w:t>
      </w:r>
      <w:proofErr w:type="spellEnd"/>
      <w:r>
        <w:t xml:space="preserve"> </w:t>
      </w:r>
      <w:proofErr w:type="spellStart"/>
      <w:r>
        <w:t>لديك</w:t>
      </w:r>
      <w:proofErr w:type="spellEnd"/>
      <w:r>
        <w:t xml:space="preserve"> </w:t>
      </w:r>
      <w:proofErr w:type="spellStart"/>
      <w:r>
        <w:t>أي</w:t>
      </w:r>
      <w:proofErr w:type="spellEnd"/>
      <w:r>
        <w:t xml:space="preserve"> </w:t>
      </w:r>
      <w:proofErr w:type="spellStart"/>
      <w:r>
        <w:t>أسئلة</w:t>
      </w:r>
      <w:proofErr w:type="spellEnd"/>
      <w:r>
        <w:t xml:space="preserve"> </w:t>
      </w:r>
      <w:proofErr w:type="spellStart"/>
      <w:r>
        <w:t>إضافية</w:t>
      </w:r>
      <w:proofErr w:type="spellEnd"/>
      <w:r>
        <w:t xml:space="preserve">، </w:t>
      </w:r>
      <w:proofErr w:type="spellStart"/>
      <w:r>
        <w:t>يمكنك</w:t>
      </w:r>
      <w:proofErr w:type="spellEnd"/>
      <w:r>
        <w:t xml:space="preserve"> </w:t>
      </w:r>
      <w:proofErr w:type="spellStart"/>
      <w:r>
        <w:t>التواصل</w:t>
      </w:r>
      <w:proofErr w:type="spellEnd"/>
      <w:r>
        <w:t xml:space="preserve"> </w:t>
      </w:r>
      <w:proofErr w:type="spellStart"/>
      <w:r>
        <w:t>مع</w:t>
      </w:r>
      <w:proofErr w:type="spellEnd"/>
      <w:r>
        <w:t xml:space="preserve"> </w:t>
      </w:r>
      <w:proofErr w:type="spellStart"/>
      <w:r>
        <w:t>الطبيب</w:t>
      </w:r>
      <w:proofErr w:type="spellEnd"/>
      <w:r>
        <w:t xml:space="preserve"> </w:t>
      </w:r>
      <w:proofErr w:type="spellStart"/>
      <w:r>
        <w:t>المسؤول</w:t>
      </w:r>
      <w:proofErr w:type="spellEnd"/>
      <w:r>
        <w:t xml:space="preserve"> </w:t>
      </w:r>
      <w:proofErr w:type="spellStart"/>
      <w:r>
        <w:t>عن</w:t>
      </w:r>
      <w:proofErr w:type="spellEnd"/>
      <w:r>
        <w:t xml:space="preserve"> </w:t>
      </w:r>
      <w:proofErr w:type="spellStart"/>
      <w:r>
        <w:t>الدراسة</w:t>
      </w:r>
      <w:proofErr w:type="spellEnd"/>
      <w:r w:rsidR="009A76A9" w:rsidRPr="00391748">
        <w:rPr>
          <w:rtl/>
        </w:rPr>
        <w:t>۔</w:t>
      </w:r>
      <w:r>
        <w:br/>
      </w:r>
      <w:proofErr w:type="spellStart"/>
      <w:r>
        <w:lastRenderedPageBreak/>
        <w:t>نوصيك</w:t>
      </w:r>
      <w:proofErr w:type="spellEnd"/>
      <w:r>
        <w:t xml:space="preserve"> </w:t>
      </w:r>
      <w:proofErr w:type="spellStart"/>
      <w:r>
        <w:t>أيضًا</w:t>
      </w:r>
      <w:proofErr w:type="spellEnd"/>
      <w:r>
        <w:t xml:space="preserve"> </w:t>
      </w:r>
      <w:proofErr w:type="spellStart"/>
      <w:r>
        <w:t>بقراءة</w:t>
      </w:r>
      <w:proofErr w:type="spellEnd"/>
      <w:r>
        <w:t xml:space="preserve"> </w:t>
      </w:r>
      <w:proofErr w:type="spellStart"/>
      <w:r>
        <w:t>الوثيقة</w:t>
      </w:r>
      <w:proofErr w:type="spellEnd"/>
      <w:r>
        <w:t xml:space="preserve"> </w:t>
      </w:r>
      <w:proofErr w:type="spellStart"/>
      <w:r>
        <w:t>المرفقة</w:t>
      </w:r>
      <w:proofErr w:type="spellEnd"/>
      <w:r>
        <w:t xml:space="preserve">: </w:t>
      </w:r>
      <w:proofErr w:type="spellStart"/>
      <w:r>
        <w:t>حقوقك</w:t>
      </w:r>
      <w:proofErr w:type="spellEnd"/>
      <w:r>
        <w:t xml:space="preserve"> </w:t>
      </w:r>
      <w:proofErr w:type="spellStart"/>
      <w:r>
        <w:t>كمشارك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تجربة</w:t>
      </w:r>
      <w:proofErr w:type="spellEnd"/>
      <w:r>
        <w:t xml:space="preserve"> </w:t>
      </w:r>
      <w:proofErr w:type="spellStart"/>
      <w:r>
        <w:t>دوائية</w:t>
      </w:r>
      <w:proofErr w:type="spellEnd"/>
      <w:r w:rsidR="00C4068E" w:rsidRPr="00391748">
        <w:rPr>
          <w:rtl/>
        </w:rPr>
        <w:t>۔</w:t>
      </w:r>
      <w:r>
        <w:br/>
      </w:r>
    </w:p>
    <w:p w14:paraId="75236E28" w14:textId="08220821" w:rsidR="002D7E64" w:rsidRPr="00F500C1" w:rsidRDefault="002D7E64" w:rsidP="00DA32F4">
      <w:pPr>
        <w:bidi/>
      </w:pPr>
      <w:r w:rsidRPr="00F500C1">
        <w:br/>
      </w:r>
      <w:r w:rsidR="00C9584B">
        <w:t>Nick Meier</w:t>
      </w:r>
      <w:r w:rsidRPr="002D7E64">
        <w:rPr>
          <w:rtl/>
        </w:rPr>
        <w:t>، الباحث المنسّق</w:t>
      </w:r>
      <w:r w:rsidRPr="00F500C1">
        <w:br/>
      </w:r>
      <w:r w:rsidRPr="002D7E64">
        <w:rPr>
          <w:rtl/>
        </w:rPr>
        <w:t>طبيب، طالب دكتوراه</w:t>
      </w:r>
      <w:r w:rsidRPr="00F500C1">
        <w:br/>
      </w:r>
      <w:r w:rsidRPr="002D7E64">
        <w:rPr>
          <w:rtl/>
        </w:rPr>
        <w:t>قسم العناية المركزة، مستشفى ريغشوسبيتالِت</w:t>
      </w:r>
      <w:r w:rsidRPr="00F500C1">
        <w:br/>
      </w:r>
      <w:r w:rsidR="005A3A35">
        <w:t>Blegdamsvej 9</w:t>
      </w:r>
      <w:r w:rsidRPr="002D7E64">
        <w:rPr>
          <w:rtl/>
        </w:rPr>
        <w:t xml:space="preserve"> ، 2100 </w:t>
      </w:r>
      <w:r w:rsidR="005A3A35">
        <w:t>København</w:t>
      </w:r>
      <w:r w:rsidRPr="00F500C1">
        <w:t xml:space="preserve"> Ø</w:t>
      </w:r>
      <w:r w:rsidRPr="00F500C1">
        <w:br/>
      </w:r>
      <w:hyperlink r:id="rId9" w:history="1">
        <w:r w:rsidR="005A3A35" w:rsidRPr="00F500C1">
          <w:rPr>
            <w:rStyle w:val="Hyperlink"/>
          </w:rPr>
          <w:t>nick.meier@regionh.dk</w:t>
        </w:r>
      </w:hyperlink>
      <w:r w:rsidR="005A3A35" w:rsidRPr="00F500C1">
        <w:t xml:space="preserve"> </w:t>
      </w:r>
    </w:p>
    <w:p w14:paraId="6B45E1DA" w14:textId="7281C810" w:rsidR="002D7E64" w:rsidRPr="00F500C1" w:rsidRDefault="002D7E64" w:rsidP="002D7E64">
      <w:pPr>
        <w:bidi/>
      </w:pPr>
      <w:r w:rsidRPr="002D7E64">
        <w:rPr>
          <w:rtl/>
        </w:rPr>
        <w:t>مورتن هايلاندر مولر، الجهة الراعية</w:t>
      </w:r>
      <w:r w:rsidRPr="00F500C1">
        <w:br/>
      </w:r>
      <w:r w:rsidRPr="002D7E64">
        <w:rPr>
          <w:rtl/>
        </w:rPr>
        <w:t>أستاذ، استشاري أول</w:t>
      </w:r>
      <w:r w:rsidRPr="00F500C1">
        <w:br/>
      </w:r>
      <w:r w:rsidRPr="002D7E64">
        <w:rPr>
          <w:rtl/>
        </w:rPr>
        <w:t>قسم العناية المركزة، مستشفى ريغشوسبيتالِت</w:t>
      </w:r>
      <w:r w:rsidRPr="00F500C1">
        <w:br/>
      </w:r>
      <w:r w:rsidR="00334A4B">
        <w:t>Blegdamsvej 9</w:t>
      </w:r>
      <w:r w:rsidRPr="002D7E64">
        <w:rPr>
          <w:rtl/>
        </w:rPr>
        <w:t xml:space="preserve"> ، 2100 </w:t>
      </w:r>
      <w:r w:rsidR="00334A4B">
        <w:t>København</w:t>
      </w:r>
      <w:r w:rsidRPr="00F500C1">
        <w:t xml:space="preserve"> Ø</w:t>
      </w:r>
      <w:r w:rsidRPr="00F500C1">
        <w:br/>
      </w:r>
      <w:r w:rsidR="009D5473" w:rsidRPr="00F500C1">
        <w:t xml:space="preserve"> </w:t>
      </w:r>
      <w:hyperlink r:id="rId10" w:history="1">
        <w:r w:rsidR="009D5473" w:rsidRPr="00F500C1">
          <w:rPr>
            <w:rStyle w:val="Hyperlink"/>
          </w:rPr>
          <w:t>morten.hylander.moeller@regionh.dk</w:t>
        </w:r>
      </w:hyperlink>
      <w:r w:rsidR="009D5473" w:rsidRPr="00F500C1">
        <w:t xml:space="preserve"> </w:t>
      </w:r>
    </w:p>
    <w:p w14:paraId="1F9401AB" w14:textId="78EEBCC2" w:rsidR="002D7E64" w:rsidRDefault="002D7E64" w:rsidP="002D7E64">
      <w:pPr>
        <w:bidi/>
      </w:pPr>
    </w:p>
    <w:sectPr w:rsidR="002D7E64" w:rsidSect="00034616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FBFC5" w14:textId="77777777" w:rsidR="00A11E55" w:rsidRDefault="00A11E55" w:rsidP="00865C40">
      <w:pPr>
        <w:spacing w:after="0" w:line="240" w:lineRule="auto"/>
      </w:pPr>
      <w:r>
        <w:separator/>
      </w:r>
    </w:p>
  </w:endnote>
  <w:endnote w:type="continuationSeparator" w:id="0">
    <w:p w14:paraId="360C7BF3" w14:textId="77777777" w:rsidR="00A11E55" w:rsidRDefault="00A11E55" w:rsidP="00865C40">
      <w:pPr>
        <w:spacing w:after="0" w:line="240" w:lineRule="auto"/>
      </w:pPr>
      <w:r>
        <w:continuationSeparator/>
      </w:r>
    </w:p>
  </w:endnote>
  <w:endnote w:type="continuationNotice" w:id="1">
    <w:p w14:paraId="36B93970" w14:textId="77777777" w:rsidR="00A11E55" w:rsidRDefault="00A11E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F0B1" w14:textId="77777777" w:rsidR="00F500C1" w:rsidRPr="00C95AD3" w:rsidRDefault="00F500C1" w:rsidP="00F500C1">
    <w:pPr>
      <w:pStyle w:val="Sidefod"/>
      <w:jc w:val="center"/>
      <w:rPr>
        <w:lang w:val="en-GB"/>
      </w:rPr>
    </w:pPr>
    <w:r w:rsidRPr="00C95AD3">
      <w:rPr>
        <w:b/>
        <w:bCs/>
        <w:lang w:val="en-GB"/>
      </w:rPr>
      <w:t>Translated</w:t>
    </w:r>
    <w:r w:rsidRPr="00C95AD3">
      <w:rPr>
        <w:lang w:val="en-GB"/>
      </w:rPr>
      <w:t xml:space="preserve">: EMPRESS: Information sheet – Subject, </w:t>
    </w:r>
    <w:r>
      <w:rPr>
        <w:lang w:val="en-GB"/>
      </w:rPr>
      <w:t>Version 2.1, 25.09.2025</w:t>
    </w:r>
  </w:p>
  <w:p w14:paraId="6821327A" w14:textId="0C9330D1" w:rsidR="00865C40" w:rsidRPr="00F500C1" w:rsidRDefault="00F500C1" w:rsidP="00F500C1">
    <w:pPr>
      <w:pStyle w:val="Sidefod"/>
      <w:jc w:val="center"/>
    </w:pPr>
    <w:r w:rsidRPr="00C95AD3">
      <w:rPr>
        <w:b/>
        <w:bCs/>
        <w:lang w:val="en-GB"/>
      </w:rPr>
      <w:t>Language</w:t>
    </w:r>
    <w:r w:rsidRPr="00C95AD3">
      <w:rPr>
        <w:lang w:val="en-GB"/>
      </w:rPr>
      <w:t xml:space="preserve">: </w:t>
    </w:r>
    <w:r>
      <w:rPr>
        <w:lang w:val="en-GB"/>
      </w:rPr>
      <w:t>Arabic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11149" w14:textId="77777777" w:rsidR="00A11E55" w:rsidRDefault="00A11E55" w:rsidP="00865C40">
      <w:pPr>
        <w:spacing w:after="0" w:line="240" w:lineRule="auto"/>
      </w:pPr>
      <w:r>
        <w:separator/>
      </w:r>
    </w:p>
  </w:footnote>
  <w:footnote w:type="continuationSeparator" w:id="0">
    <w:p w14:paraId="239DEA45" w14:textId="77777777" w:rsidR="00A11E55" w:rsidRDefault="00A11E55" w:rsidP="00865C40">
      <w:pPr>
        <w:spacing w:after="0" w:line="240" w:lineRule="auto"/>
      </w:pPr>
      <w:r>
        <w:continuationSeparator/>
      </w:r>
    </w:p>
  </w:footnote>
  <w:footnote w:type="continuationNotice" w:id="1">
    <w:p w14:paraId="050510C5" w14:textId="77777777" w:rsidR="00A11E55" w:rsidRDefault="00A11E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46452" w14:textId="43A58699" w:rsidR="00AA5B21" w:rsidRDefault="00AA5B21" w:rsidP="00FD07A9">
    <w:pPr>
      <w:pStyle w:val="Sidehove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E3703D"/>
    <w:multiLevelType w:val="hybridMultilevel"/>
    <w:tmpl w:val="6534EE80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E934092"/>
    <w:multiLevelType w:val="hybridMultilevel"/>
    <w:tmpl w:val="E16EC5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17D46"/>
    <w:multiLevelType w:val="hybridMultilevel"/>
    <w:tmpl w:val="63542E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C4613"/>
    <w:multiLevelType w:val="hybridMultilevel"/>
    <w:tmpl w:val="ECF40A1A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5872A5"/>
    <w:multiLevelType w:val="hybridMultilevel"/>
    <w:tmpl w:val="0A0CD9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198585">
    <w:abstractNumId w:val="8"/>
  </w:num>
  <w:num w:numId="2" w16cid:durableId="1804927763">
    <w:abstractNumId w:val="6"/>
  </w:num>
  <w:num w:numId="3" w16cid:durableId="299112224">
    <w:abstractNumId w:val="5"/>
  </w:num>
  <w:num w:numId="4" w16cid:durableId="1164665327">
    <w:abstractNumId w:val="4"/>
  </w:num>
  <w:num w:numId="5" w16cid:durableId="90665130">
    <w:abstractNumId w:val="7"/>
  </w:num>
  <w:num w:numId="6" w16cid:durableId="1683435741">
    <w:abstractNumId w:val="3"/>
  </w:num>
  <w:num w:numId="7" w16cid:durableId="1205674943">
    <w:abstractNumId w:val="2"/>
  </w:num>
  <w:num w:numId="8" w16cid:durableId="1871913149">
    <w:abstractNumId w:val="1"/>
  </w:num>
  <w:num w:numId="9" w16cid:durableId="389423920">
    <w:abstractNumId w:val="0"/>
  </w:num>
  <w:num w:numId="10" w16cid:durableId="1800105708">
    <w:abstractNumId w:val="11"/>
  </w:num>
  <w:num w:numId="11" w16cid:durableId="214699308">
    <w:abstractNumId w:val="10"/>
  </w:num>
  <w:num w:numId="12" w16cid:durableId="1381243116">
    <w:abstractNumId w:val="12"/>
  </w:num>
  <w:num w:numId="13" w16cid:durableId="2114402540">
    <w:abstractNumId w:val="13"/>
  </w:num>
  <w:num w:numId="14" w16cid:durableId="17793681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031"/>
    <w:rsid w:val="00026247"/>
    <w:rsid w:val="00034616"/>
    <w:rsid w:val="00035843"/>
    <w:rsid w:val="00047F7A"/>
    <w:rsid w:val="000513E6"/>
    <w:rsid w:val="0006063C"/>
    <w:rsid w:val="000607EC"/>
    <w:rsid w:val="000D4B21"/>
    <w:rsid w:val="000E66B0"/>
    <w:rsid w:val="00126D35"/>
    <w:rsid w:val="0015074B"/>
    <w:rsid w:val="00182D39"/>
    <w:rsid w:val="00185455"/>
    <w:rsid w:val="001912E3"/>
    <w:rsid w:val="001A6682"/>
    <w:rsid w:val="001C6CFD"/>
    <w:rsid w:val="001E1368"/>
    <w:rsid w:val="0025150A"/>
    <w:rsid w:val="0029639D"/>
    <w:rsid w:val="002A7C45"/>
    <w:rsid w:val="002B055A"/>
    <w:rsid w:val="002D7E64"/>
    <w:rsid w:val="002E7354"/>
    <w:rsid w:val="002F443F"/>
    <w:rsid w:val="003243F7"/>
    <w:rsid w:val="00324A42"/>
    <w:rsid w:val="00326AE7"/>
    <w:rsid w:val="00326F90"/>
    <w:rsid w:val="00327982"/>
    <w:rsid w:val="003324BE"/>
    <w:rsid w:val="00334A4B"/>
    <w:rsid w:val="003429F8"/>
    <w:rsid w:val="00344BA3"/>
    <w:rsid w:val="00355421"/>
    <w:rsid w:val="00357542"/>
    <w:rsid w:val="003879E9"/>
    <w:rsid w:val="00391748"/>
    <w:rsid w:val="0039651C"/>
    <w:rsid w:val="003A3A71"/>
    <w:rsid w:val="003C3901"/>
    <w:rsid w:val="003E448C"/>
    <w:rsid w:val="00403304"/>
    <w:rsid w:val="004452AF"/>
    <w:rsid w:val="004621D6"/>
    <w:rsid w:val="00477E96"/>
    <w:rsid w:val="004B7CB5"/>
    <w:rsid w:val="0052160A"/>
    <w:rsid w:val="00526456"/>
    <w:rsid w:val="00581AB9"/>
    <w:rsid w:val="005A3A35"/>
    <w:rsid w:val="005C21B7"/>
    <w:rsid w:val="005C2680"/>
    <w:rsid w:val="00614DA0"/>
    <w:rsid w:val="00623501"/>
    <w:rsid w:val="00651124"/>
    <w:rsid w:val="0065544A"/>
    <w:rsid w:val="0068130A"/>
    <w:rsid w:val="006F0A74"/>
    <w:rsid w:val="00702716"/>
    <w:rsid w:val="00726000"/>
    <w:rsid w:val="00730B36"/>
    <w:rsid w:val="00752382"/>
    <w:rsid w:val="007529AE"/>
    <w:rsid w:val="007829AD"/>
    <w:rsid w:val="00784E99"/>
    <w:rsid w:val="007948F4"/>
    <w:rsid w:val="007B7EA5"/>
    <w:rsid w:val="007C0BC9"/>
    <w:rsid w:val="007E236E"/>
    <w:rsid w:val="007E46DF"/>
    <w:rsid w:val="008161AE"/>
    <w:rsid w:val="0084193E"/>
    <w:rsid w:val="00865C40"/>
    <w:rsid w:val="00891D44"/>
    <w:rsid w:val="0089551A"/>
    <w:rsid w:val="00897D19"/>
    <w:rsid w:val="00926350"/>
    <w:rsid w:val="00961E6F"/>
    <w:rsid w:val="00970CAE"/>
    <w:rsid w:val="00985B38"/>
    <w:rsid w:val="0099450B"/>
    <w:rsid w:val="009A76A9"/>
    <w:rsid w:val="009C7319"/>
    <w:rsid w:val="009D5473"/>
    <w:rsid w:val="009F0913"/>
    <w:rsid w:val="00A00588"/>
    <w:rsid w:val="00A11E55"/>
    <w:rsid w:val="00A16D99"/>
    <w:rsid w:val="00A2546A"/>
    <w:rsid w:val="00A40D2F"/>
    <w:rsid w:val="00A6677E"/>
    <w:rsid w:val="00A668A3"/>
    <w:rsid w:val="00A717E2"/>
    <w:rsid w:val="00AA1D8D"/>
    <w:rsid w:val="00AA3F0B"/>
    <w:rsid w:val="00AA4B9A"/>
    <w:rsid w:val="00AA5B21"/>
    <w:rsid w:val="00B31FA6"/>
    <w:rsid w:val="00B47730"/>
    <w:rsid w:val="00B60E4B"/>
    <w:rsid w:val="00B85D96"/>
    <w:rsid w:val="00B940F2"/>
    <w:rsid w:val="00BA128B"/>
    <w:rsid w:val="00BC31E8"/>
    <w:rsid w:val="00BD2FF4"/>
    <w:rsid w:val="00C37442"/>
    <w:rsid w:val="00C4068E"/>
    <w:rsid w:val="00C9584B"/>
    <w:rsid w:val="00CB0664"/>
    <w:rsid w:val="00CD3BD3"/>
    <w:rsid w:val="00CF77B1"/>
    <w:rsid w:val="00D032E2"/>
    <w:rsid w:val="00D3058B"/>
    <w:rsid w:val="00D404E3"/>
    <w:rsid w:val="00D44985"/>
    <w:rsid w:val="00D46EC1"/>
    <w:rsid w:val="00D71E99"/>
    <w:rsid w:val="00D94B89"/>
    <w:rsid w:val="00D97BA4"/>
    <w:rsid w:val="00DA32F4"/>
    <w:rsid w:val="00DA3A6D"/>
    <w:rsid w:val="00DA5ED3"/>
    <w:rsid w:val="00DB0821"/>
    <w:rsid w:val="00DB2E09"/>
    <w:rsid w:val="00DD1B9B"/>
    <w:rsid w:val="00DD55BE"/>
    <w:rsid w:val="00E20678"/>
    <w:rsid w:val="00E2718E"/>
    <w:rsid w:val="00E33652"/>
    <w:rsid w:val="00E5694A"/>
    <w:rsid w:val="00E620BE"/>
    <w:rsid w:val="00E64111"/>
    <w:rsid w:val="00E752B1"/>
    <w:rsid w:val="00E8434E"/>
    <w:rsid w:val="00E94706"/>
    <w:rsid w:val="00EA61E2"/>
    <w:rsid w:val="00EB22EB"/>
    <w:rsid w:val="00EC6305"/>
    <w:rsid w:val="00ED7278"/>
    <w:rsid w:val="00EE4B7F"/>
    <w:rsid w:val="00F027CF"/>
    <w:rsid w:val="00F500C1"/>
    <w:rsid w:val="00F507FB"/>
    <w:rsid w:val="00F5494A"/>
    <w:rsid w:val="00F60D63"/>
    <w:rsid w:val="00F818D8"/>
    <w:rsid w:val="00F85418"/>
    <w:rsid w:val="00FA3B0B"/>
    <w:rsid w:val="00FA66F8"/>
    <w:rsid w:val="00FB1D48"/>
    <w:rsid w:val="00FC6259"/>
    <w:rsid w:val="00FC693F"/>
    <w:rsid w:val="00FD07A9"/>
    <w:rsid w:val="00FD1837"/>
    <w:rsid w:val="00FD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D9DED2"/>
  <w14:defaultImageDpi w14:val="330"/>
  <w15:docId w15:val="{A392318F-837D-440C-8352-63432563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Standardskrifttypeiafsnit"/>
    <w:uiPriority w:val="99"/>
    <w:unhideWhenUsed/>
    <w:rsid w:val="005A3A35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A3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4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4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0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4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1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30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7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8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3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93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76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1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orten.hylander.moeller@regionh.d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ck.meier@regionh.d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5</Pages>
  <Words>1096</Words>
  <Characters>6690</Characters>
  <Application>Microsoft Office Word</Application>
  <DocSecurity>0</DocSecurity>
  <Lines>55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7771</CharactersWithSpaces>
  <SharedDoc>false</SharedDoc>
  <HyperlinkBase/>
  <HLinks>
    <vt:vector size="12" baseType="variant">
      <vt:variant>
        <vt:i4>5767284</vt:i4>
      </vt:variant>
      <vt:variant>
        <vt:i4>3</vt:i4>
      </vt:variant>
      <vt:variant>
        <vt:i4>0</vt:i4>
      </vt:variant>
      <vt:variant>
        <vt:i4>5</vt:i4>
      </vt:variant>
      <vt:variant>
        <vt:lpwstr>mailto:morten.hylander.moeller@regionh.dk</vt:lpwstr>
      </vt:variant>
      <vt:variant>
        <vt:lpwstr/>
      </vt:variant>
      <vt:variant>
        <vt:i4>2490440</vt:i4>
      </vt:variant>
      <vt:variant>
        <vt:i4>0</vt:i4>
      </vt:variant>
      <vt:variant>
        <vt:i4>0</vt:i4>
      </vt:variant>
      <vt:variant>
        <vt:i4>5</vt:i4>
      </vt:variant>
      <vt:variant>
        <vt:lpwstr>mailto:nick.meier@regionh.dk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Nick Frørup Meier</cp:lastModifiedBy>
  <cp:revision>115</cp:revision>
  <dcterms:created xsi:type="dcterms:W3CDTF">2026-01-09T12:20:00Z</dcterms:created>
  <dcterms:modified xsi:type="dcterms:W3CDTF">2026-04-29T10:09:00Z</dcterms:modified>
  <cp:category/>
</cp:coreProperties>
</file>